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기본 양념 점검 한 장 요약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소금, 된장, 간장 중 자주 사용하는 하나를 꺼내세요. 펜을 준비하고, 글씨가 작으면 휴대전화 사진으로 확대합니다. 목표 시간은 한 제품의 기본 항목을 기록하는 약 3분입니다.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포장지에서 찾을 다섯 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7654"/>
      </w:tblGrid>
      <w:tr>
        <w:trPr>
          <w:cantSplit/>
          <w:tblHeader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찾을 항목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확인하는 방법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제품명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앞면과 옆면의 이름을 보고 정확히 적습니다.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원재료명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원재료명란에서 맨 앞에 적힌 이름을 찾습니다. 첫 원료만으로 품질을 판단하지 않습니다.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원산지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이름과 원산지를 함께 읽습니다. 회사 주소와 구분합니다.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제조자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 또는 제조업소 옆의 이름을 읽습니다. 판매원과 구분합니다.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보관방법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안내까지 읽고 지금 보관하는 곳과 비교합니다.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잘 모를 때는 이렇게 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못한 내용은 ‘미확인’으로 적습니다. 원포장이나 구매기록을 찾고, 같은 상품인지 확인한 뒤 제조자 또는 판매자에게 문의합니다. 비슷한 상품의 정보를 옮겨 적지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날짜는 소비기한, 품질유지기한, 제조일자 중 무엇인지 함께 읽습니다. 개봉한 제품은 날짜만으로 섭취 가능 여부를 판단하지 않습니다. 보관상태가 의심되면 맛을 보며 확인하지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오늘의 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점검한 제품 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새롭게 확인한 것  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남은 질문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할 일  ________________________  확인할 날  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「진짜 음식 첫걸음」 1강 「진짜 음식은 무엇이 다른가」의 수강 안내를 확인해 주세요. 안내를 받지 못했다면 자료를 보내 준 섬내음 담당자에게 문의하세요.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안전성이나 건강효과를 점수로 판정하는 자료가 아닙니다.</w:t>
        <w:br/>
        <w:t>믿고 먹는 섬내음  |  정포크라테스 정영숙  |  R01 요약본 V1.0  |  2026.10.17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R01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기본 양념 점검 한 장 요약</dc:title>
  <dc:subject>믿고 먹는 섬내음 고객교육자료 R01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