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우리 집 기본 양념 3분 점검표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소금, 된장, 간장 중 하나만 골라 확인합니다. 포장에 적힌 말을 그대로 옮기고, 찾지 못한 항목에는 ‘미확인’이라고 씁니다.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점검일 ____________   오늘 고른 양념   □ 소금   □ 된장   □ 간장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첫 1분  제품과 원재료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① 제품명  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② 원재료명에서 맨 앞에 적힌 이름  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첫 번째 원재료만으로 품질을 판단하지 않습니다. 나머지 내용은 사진으로 남겨도 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다음 1분  원산지와 제조자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③ 원료 이름과 그 원산지  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예: 대두(국산). 회사 주소나 제조국을 원료 원산지로 옮기지 않습니다.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④ ‘제조원’ 또는 ‘제조업소’로 표시된 이름  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판매원만 보이면 ‘판매원 확인, 제조원 미확인’이라고 씁니다.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마지막 1분  보관방법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⑤ 포장에 적힌 보관방법과 개봉 후 안내  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지금 보관하는 곳  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표시와 현재 보관방법   □ 맞음   □ 다름   □ 아직 판단하기 어려움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다르면 우선 제품의 안내를 다시 확인합니다. 잘못 보관한 제품을 옮겨 놓기만 했다고 섭취 가능해지는 것은 아닙니다.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오늘 남길 한 가지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아직 확인하지 못한 항목  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오늘 할 일  ________________________  확인할 날  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이 점검표는 정보 확인용입니다. 체크 개수로 식품의 안전성이나 건강효과를 판정하지 않습니다. 다음 교육은 무료강의 1강 「진짜 음식은 무엇이 다른가」입니다.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247" w:bottom="964" w:left="1247" w:header="454" w:footer="45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 w:eastAsia="Noto Sans CJK KR" w:cs="Noto Sans CJK KR"/>
        <w:color w:val="000000"/>
        <w:sz w:val="16"/>
      </w:rPr>
      <w:t xml:space="preserve">R01 V1.0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Noto Sans CJK KR" w:hAnsi="Noto Sans CJK KR" w:eastAsia="Noto Sans CJK KR" w:cs="Noto Sans CJK KR"/>
        <w:color w:val="000000"/>
        <w:sz w:val="16"/>
      </w:rPr>
      <w:t>믿고 먹는 섬내음     고객교육자료 R01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0" w:lineRule="exact" w:after="120"/>
    </w:pPr>
    <w:rPr>
      <w:rFonts w:ascii="Noto Sans CJK KR" w:hAnsi="Noto Sans CJK KR" w:eastAsia="Noto Sans CJK KR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 w:line="400" w:lineRule="exact"/>
      <w:outlineLvl w:val="0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 w:line="400" w:lineRule="exact"/>
      <w:outlineLvl w:val="1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KR" w:hAnsi="Noto Sans CJK KR" w:eastAsia="Noto Sans CJK KR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Noto Sans CJK KR" w:hAnsi="Noto Sans CJK KR" w:eastAsia="Noto Sans CJK KR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우리 집 기본 양념 3분 점검표</dc:title>
  <dc:subject>믿고 먹는 섬내음 고객교육자료 R01</dc:subject>
  <dc:creator>한영인컨설팅그룹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