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520" w:after="280" w:line="80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58"/>
        </w:rPr>
        <w:t>진짜 음식 고르는</w:t>
        <w:br/>
        <w:t>20가지 기준</w:t>
      </w:r>
    </w:p>
    <w:p>
      <w:pPr>
        <w:spacing w:after="400"/>
        <w:snapToGrid w:val="0"/>
      </w:pPr>
      <w:r>
        <w:rPr>
          <w:rFonts w:ascii="Noto Sans CJK KR" w:hAnsi="Noto Sans CJK KR" w:eastAsia="Noto Sans CJK KR" w:cs="Noto Sans CJK KR"/>
          <w:color w:val="000000"/>
          <w:sz w:val="26"/>
        </w:rPr>
        <w:t>포장지와 판매설명에서 확인할 사실을 찾는 실전 안내서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먹거리를 고르려고 설명을 읽을수록 오히려 헷갈릴 때가 있습니다. ‘정성’, ‘전통’, ‘자연’이라는 말은 많지만, 정작 어떤 재료로 누가 만들었는지 찾기 어려울 수도 있습니다.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책자는 식품 하나를 앞에 놓고 확인할 수 있는 정보를 차근차근 찾도록 돕습니다. 스무 가지 기준을 읽고 나면 확인한 사실, 아직 모르는 내용, 구매 전에 물어볼 질문을 나누어 적을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 책자를 마치고 손에 남는 것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내 식품의 표시정보와 판매설명을 정리한 점검지</w:t>
        <w:br/>
        <w:t>확인하지 못한 항목을 묻는 구체적인 질문</w:t>
        <w:br/>
        <w:t>우리 집에서 오늘 실천할 한 가지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섬내음이 말하는 진짜 음식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‘진짜 음식’은 재료와 만든 사람, 과정과 시간을 확인하며 먹거리를 선택하자는 섬내음의 브랜드 철학입니다. 이 표현 자체가 공인된 식품등급이나 안전성 인증, 건강효과를 뜻하지는 않습니다.</w:t>
      </w:r>
    </w:p>
    <w:p>
      <w:pPr>
        <w:spacing w:before="32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6"/>
        </w:rPr>
        <w:t>믿고 먹는 섬내음</w:t>
        <w:br/>
        <w:t>정포크라테스 정영숙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고객교육자료 R02  |  2026년 10월 17일  |  V1.0</w:t>
        <w:br/>
        <w:t>기획 및 편집  한영인컨설팅그룹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식품 하나를 골라 함께 읽으세요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처음 식재료를 비교하는 분, 판매설명에서 무엇을 확인해야 할지 막막한 분을 위한 자료입니다. 집에 있는 포장식품 하나나 구매하려는 상품의 표시사진을 준비하세요. 펜과 메모할 종이도 있으면 좋습니다.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읽기 약 25~35분, 직접 점검 약 10~15분을 예상합니다. 읽는 속도와 확인할 정보에 따라 달라지며 판매자 답변을 기다리는 시간은 별도입니다. 한 번에 끝내기 어렵다면 오늘 필요한 기준부터 읽어도 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읽고 기록하는 순서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1. 3~22쪽에서 기준 20개를 읽습니다. 각 쪽 아래에 내 상품을 짧게 기록할 수 있습니다.</w:t>
        <w:br/>
        <w:t>2. 23~24쪽의 가상 작성 예시를 살펴봅니다.</w:t>
        <w:br/>
        <w:t>3. 25~26쪽에 내 상품의 확인결과를 모읍니다. 이미 각 쪽에 적었다면 필요한 기록만 옮기세요.</w:t>
        <w:br/>
        <w:t>4. 27쪽에 남은 질문과 오늘 할 일을 정리합니다.</w:t>
        <w:br/>
        <w:t>5. 28쪽에서 다음 무료강의 안내를 확인합니다.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43"/>
        <w:gridCol w:w="2041"/>
        <w:gridCol w:w="1928"/>
      </w:tblGrid>
      <w:tr>
        <w:trPr>
          <w:cantSplit/>
          <w:tblHeader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찾아볼 내용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기준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쪽</w:t>
            </w:r>
          </w:p>
        </w:tc>
      </w:tr>
      <w:tr>
        <w:trPr>
          <w:cantSplit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용도와 제품 확인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01~03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3~5</w:t>
            </w:r>
          </w:p>
        </w:tc>
      </w:tr>
      <w:tr>
        <w:trPr>
          <w:cantSplit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원재료와 원산지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04~06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6~8</w:t>
            </w:r>
          </w:p>
        </w:tc>
      </w:tr>
      <w:tr>
        <w:trPr>
          <w:cantSplit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제조자와 과정과 시간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07~10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9~12</w:t>
            </w:r>
          </w:p>
        </w:tc>
      </w:tr>
      <w:tr>
        <w:trPr>
          <w:cantSplit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날짜와 보관과 배송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11~14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13~16</w:t>
            </w:r>
          </w:p>
        </w:tc>
      </w:tr>
      <w:tr>
        <w:trPr>
          <w:cantSplit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가족에게 필요한 정보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15~16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17~18</w:t>
            </w:r>
          </w:p>
        </w:tc>
      </w:tr>
      <w:tr>
        <w:trPr>
          <w:cantSplit/>
        </w:trPr>
        <w:tc>
          <w:tcPr>
            <w:tcW w:type="dxa" w:w="544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설명의 근거와 구매결정</w:t>
            </w:r>
          </w:p>
        </w:tc>
        <w:tc>
          <w:tcPr>
            <w:tcW w:type="dxa" w:w="2041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17~20</w:t>
            </w:r>
          </w:p>
        </w:tc>
        <w:tc>
          <w:tcPr>
            <w:tcW w:type="dxa" w:w="19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19~22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모르면 미확인이라고 씁니다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‘확인’은 표시나 자료를 직접 읽었거나 답을 받았다는 뜻입니다. 내용이 우리 집 조건에 맞는지는 별도로 판단합니다. ‘해당 없음’은 이번 선택에서 비교하지 않을 이유가 분명할 때만 쓰고, 찾지 못한 정보를 숨기는 표시로 쓰지 않습니다.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자료는 일반적인 식품정보 확인 연습입니다. 모든 제품에 같은 표시항목이 적용되는 것은 아닙니다. 표시를 찾지 못했다고 곧바로 불량이나 위반으로 판단하지 마세요. 포장이 없으면 같은 제품의 원포장이나 구매기록부터 찾습니다.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01   고르기 전에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우리 집에서 쓸 목적부터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식품이라도 무엇을 만들고 얼마나 자주 쓰느냐에 따라 알맞은 선택이 달라집니다. 된장을 매일 국에 쓰는 집과 가끔 무침에 쓰는 집은 필요한 양이 다릅니다. 좋은 평가를 많이 받은 상품이라도 우리 집에서 다 쓰기 어렵다면 구매를 다시 생각할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장바구니에 담기 전에 만들 음식, 먹을 사람, 사용할 횟수를 적습니다. 이미 집에 같은 재료가 있는지도 살펴보세요. 용도와 수량을 먼저 정하면 포장 앞면의 추천문구나 할인에만 기대어 고르는 일을 줄일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혼자 사는 고객이 큰 된장 두 통 묶음을 보았습니다. 집에 반 통이 남아 있고 주 1회만 쓴다는 사실을 적은 뒤, 이번에는 주문하지 않기로 했습니다. 상품이 나빠서가 아니라 지금 필요한 양이 아니기 때문입니다.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‘건강에 좋다고 하니 일단 사 두자’는 말만으로 이용계획이 생기지는 않습니다. 특정 음식 하나로 식생활 전체를 평가하지도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사용량이 떠오르지 않으면 지난 일주일에 그 재료로 만든 음식을 적어 보세요. 알 수 없는 양을 정확한 숫자인 것처럼 채울 필요는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식품을 어떤 음식에, 얼마나 자주 쓸 예정인가요?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용도 ____________________   사용빈도 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02   포장에서 찾기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비교하는 상품이 같은 상품인지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이름이 비슷한 상품도 용량, 원재료, 제조원이 다를 수 있습니다. 온라인의 오래된 사진과 지금 받은 포장이 다를 때도 있습니다. 정보를 읽기 전에 어느 제품에 관한 설명인지 맞춰야 비교가 가능합니다.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포장에 적힌 제품명과 내용량을 함께 기록합니다. 온라인에서는 선택한 옵션의 제품명, 용량, 표시정보 사진을 대조하세요. 표시가 바뀌었다는 안내가 있다면 현재 출고되는 제품의 표시사진을 요청합니다. 사진을 저장할 때 확인한 날짜도 남겨 두세요.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‘연습용 들기름’이라는 같은 이름의 180mL와 300mL를 비교했습니다. 작은 병의 설명사진을 큰 병에도 그대로 적용하지 않고, 각 옵션의 원재료와 제조원까지 확인했습니다.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브랜드가 같다는 이유만으로 모든 상품의 원재료와 보관방법이 같다고 생각하기 쉽습니다. 비교의 기준은 브랜드 전체가 아니라 내가 사거나 가지고 있는 제품입니다.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제품명이 일부 가려졌거나 옵션별 사진이 없다면 ‘현재 상품정보 미확인’이라고 적습니다. 비슷한 다른 상품의 정보를 대신 쓰지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지금 읽는 설명과 실제 제품의 이름과 용량이 일치하나요?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제품명 ____________________   내용량 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03   포장에서 찾기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제품명과 식품유형을 나누어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제품명은 상품을 구별하는 이름이고, 식품유형은 표시에서 그 식품의 분류를 보여 주는 항목입니다. 앞면의 익숙한 이름만으로 유형이나 제조방법까지 단정할 수는 없습니다. 이름 옆의 감성적인 수식어와 정보란의 분류를 나누어 읽어 보세요.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 옆면이나 뒷면에서 ‘식품유형’을 찾습니다. 제품명과 나란히 적고, 비교할 제품도 같은 방법으로 기록하세요. 유형이 다르면 같은 이름으로 묶어 단순히 우열을 가리기 전에 용도와 원재료를 다시 살펴봅니다.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앞면에는 모두 ‘맛있는 간장’이라는 표현이 있었지만 식품유형은 서로 달랐습니다. 고객은 어느 쪽이 무조건 좋다고 결론 내리지 않고, 조리 목적과 표시된 원재료를 함께 비교했습니다.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‘전통’, ‘집밥’, ‘프리미엄’이라는 이름 자체가 식품유형이나 공인된 등급을 뜻하지는 않습니다. 이름의 인상과 표시된 정보를 구분하세요.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모든 식품에서 같은 방식의 유형 표시를 찾을 수 있는 것은 아닙니다. 찾지 못하면 ‘유형 미확인’으로 적고, 필요할 때 제조자에게 제품 분류를 묻습니다. 곧바로 표시 위반이라고 판단하지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앞면 이름과 별도로 식품유형을 찾아 적을 수 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제품명 ____________________   식품유형 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04   재료 살피기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원재료명은 괄호 안까지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원재료명에는 제조에 사용한 재료가 표시됩니다. 일반적인 가공식품은 많이 사용한 순서로 읽되, 소량 원료나 복합원재료 등에는 표시 예외가 있습니다. 목록의 순서만으로 정확한 배합량이나 품질을 계산할 수는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‘원재료명’ 또는 ‘원재료명 및 함량’을 찾아 처음부터 끝까지 읽습니다. 장류나 소스처럼 여러 재료를 섞어 만든 원료는 이름 뒤 괄호에 세부 재료가 적힐 수 있습니다. 괄호를 포함해 사진을 남기고, 궁금한 낱말에 표시하세요.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표기 ‘양념베이스[간장, 설탕, 마늘]’를 보고 고객은 ‘양념베이스’만 적지 않았습니다. 괄호 속 간장과 설탕도 함께 옮겨 적었습니다. 이 한 줄을 완전한 법정 표시 견본으로 보지는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재료의 개수가 적거나 이름이 익숙하다는 사실만으로 더 안전하거나 더 좋은 제품이라고 판정하지 않습니다. 낯선 이름이 있다는 이유만으로 해로운 성분이라고 부르지도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괄호 속 글씨가 흐리면 확대사진을 요청합니다. 원료의 역할이 궁금하다면 “이 재료는 어떤 목적으로 쓰였나요?”라고 묻고, 답을 받기 전에는 추측을 기록하지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맨 앞 원재료와 뜻을 더 알아볼 원재료는 무엇인가요?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맨 앞 원재료 ______________   더 알아볼 이름 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05   재료 살피기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함량 숫자가 무엇을 가리키는지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‘100%’, ‘50%’ 같은 숫자는 바로 앞뒤의 원료명과 함께 읽어야 합니다. 원료의 함량, 특정 원료의 원산지 비율, 복합원재료 안의 구성비는 서로 다른 설명입니다. 눈에 띄는 숫자 하나만 떼어 제품 전체의 특성으로 받아들이지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퍼센트가 붙은 문구를 잘라 쓰지 말고 통째로 옮깁니다. 무엇을 기준으로 한 수치인지 표시나 설명에서 찾으세요. 복합원재료 안에 다시 비율이 적혀 있으면 바깥 원료의 비율과 구분합니다. 기준이 불분명하면 판매자에게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계산: 완제품에 들어간 양념베이스가 20%이고, 그 베이스 안의 마늘이 10%라고 가정하면 단순 배합상 마늘은 2%입니다. ‘마늘 10%’만 보고 완제품 전체의 함량이라고 적으면 달라집니다. 이 계산은 두 비율의 기준이 확인됐을 때만 가능합니다.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‘국산 원료 사용’과 ‘모든 원재료가 국산’은 같은 말이 아닙니다. 특정 원료의 높은 함량이 그 자체로 식품의 전체 품질을 보장하지도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함량이 표시되지 않은 원료의 비율을 순서나 맛으로 추정하지 않습니다. 구매에 중요한 원료라면 함량 또는 공개 가능한 범위를 문의합니다.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관심 있는 숫자는 어떤 원료의 어떤 비율인가요?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문구 그대로 ___________________________________________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06   재료 살피기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원산지는 원료 이름과 짝지어 적습니다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원료가 생산된 곳과 식품을 만든 회사의 소재지는 서로 다른 정보입니다. 국내에서 만든 가공식품에도 여러 나라의 원료가 쓰일 수 있습니다. 원산지는 ‘국산인지 아닌지’ 하나로 끝내기보다 어떤 원료에 붙은 표시인지 확인해야 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원재료명이나 원산지 표시에서 ‘대두(국산)’처럼 원료와 지역을 한 쌍으로 옮깁니다. 여러 원료가 있다면 관심 있는 원료마다 따로 기록하세요. 업체 주소나 상품에 붙은 지역 이미지로 원료의 산지를 채우지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제조원 주소가 전남에 있고 대두에는 ‘국산’이라고 적힌 된장을 보았습니다. 고객은 ‘모든 재료 전남산’ 대신 ‘대두 국산 확인, 나머지 원료 원산지는 이번에 미확인’이라고 썼습니다.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제조국, 수출국, 원료의 원산지를 같은 말처럼 쓰지 않습니다. 특정 나라 이름만으로 모든 상품의 품질이나 안전성을 일괄 평가하지도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가공품의 원산지는 표시대상과 방법에 예외가 있어 모든 원료의 산지가 같은 방식으로 적히지는 않습니다. 표시가 없거나 원산지가 달라질 수 있다는 안내가 있으면 현재 판매분의 해당 원료를 문의하세요.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관심 원료의 원산지를 표시에서 직접 확인했나요?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원료 ______________   원산지 ______________   확인일 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07   누가 만드는지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제조원과 판매원의 역할을 구분합니다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 앞면의 브랜드, 판매하는 회사, 실제로 제조하는 업체는 같을 수도 다를 수도 있습니다. 누가 어떤 역할을 맡는지 알아야 제조과정이나 보관방법을 물을 곳도 분명해집니다. 회사 이름만 따로 적으면 역할이 섞일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‘제조원’, ‘제조업소’, ‘유통전문판매원’, ‘수입원’ 등 이름 앞의 역할을 함께 읽습니다. 이름과 주소를 원포장 사진에 남기고, 실습지에는 역할과 업체명을 적으세요. 문의처가 하나만 나와 있으면 그곳에 제조 관련 답변을 받을 방법을 묻습니다.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앞면 브랜드는 A, 제조원은 연습제조소 B, 판매원은 연습판매처 C였습니다. 고객은 “A가 직접 만들었다”라고 적지 않고, “제조 B, 판매 C”로 나누었습니다.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제조와 판매가 나뉘었다는 사실만으로 신뢰할 수 없는 상품이라고 판단하지 않습니다. 반대로 브랜드의 유명세가 개별 제품의 제조정보를 대신해 주지도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판매원만 찾았다면 ‘판매원 확인, 제조원 미확인’으로 남기세요. 제조자가 누구인지 확인할 수 있는 표시사진이나 안내를 요청합니다.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제조와 판매 역할을 구분하여 적을 수 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제조원 __________________   판매원 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08   과정과 시간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제조방법은 구체적인 작업으로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‘정성껏’, ‘전통 방식’, ‘자연 그대로’는 제품의 인상을 전하지만, 어떤 작업을 거쳤는지까지 설명하지는 않습니다. 세척, 분쇄, 압착, 가열, 발효, 건조 등 실제 작업이 무엇인지 확인하면 설명을 더 구체적으로 이해할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상품설명에서 공정의 순서와 방법을 찾아봅니다. ‘무엇을 어떻게 했는가’를 한 문장으로 적을 수 있는지 보세요. 사진은 어떤 제품의 어느 공정인지, 설명은 현재 판매분에도 해당하는지 함께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고춧가루 설명에 ‘정성 건조’만 적혀 있었습니다. 고객은 “어떤 방법으로 건조한 원료를 사용했나요?”라고 물었습니다. 답변이 없으면 ‘건조방법 미확인’으로 남겼고, 햇볕에 말렸다고 추정하지 않았습니다.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손으로 만들었다는 이유만으로 안전하거나, 기계를 썼다는 이유만으로 품질이 낮다고 단정하지 않습니다. 방법의 이름과 실제 관리상태는 별도로 확인할 정보입니다.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상세 공정이 모두 공개되지 않을 수 있습니다. 구매결정에 꼭 필요한 질문 하나를 고르고, 공개된 범위와 모르는 범위를 나누어 적으세요.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내가 확인한 제조작업과 그 설명의 출처는 무엇인가요?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작업 ____________________   출처 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09   과정과 시간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발효와 숙성의 시간은 시작과 끝을 묻습니다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제조기간을 설명하는 숫자는 어느 단계에 쓴 시간인지 알아야 의미가 있습니다. 발효, 숙성, 보관은 같은 말이 아니며, ‘3년’이라는 숫자만으로 구체적인 공정이나 완제품의 상태를 알 수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‘무엇을 언제부터 언제까지, 어떤 조건에서 두었는가’를 찾아봅니다. 원료의 숙성기간인지 완제품을 만든 뒤의 기간인지 나누어 기록하세요. 제조일이나 소비기한을 보고 발효기간을 거꾸로 계산하지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‘오래 숙성한 장’이라는 설명을 읽었습니다. 고객은 “메주를 만든 때부터 센 기간인가요, 장을 담근 뒤의 기간인가요?”라고 물었습니다. 답변을 받은 범위만 기록하고 확인되지 않은 연수는 비워 두었습니다.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오래 숙성했다는 사실만으로 모든 사람에게 더 건강하거나 더 안전하다고 결론 내리지 않습니다. 기간의 길이는 여러 선택정보 가운데 하나이며, 표시된 보관방법도 함께 따라야 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시작 시점이나 관리조건이 확인되지 않으면 ‘숙성기간의 기준 미확인’으로 적습니다. 숫자가 없는 상품을 무조건 낮게 평가하지도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설명에 나온 시간은 어느 과정의 시작과 끝을 뜻하나요?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과정 ____________________   기간의 기준 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10   과정과 시간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생산시기와 포장일을 나누어 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수확한 날, 가공한 날, 포장한 날은 각각 다른 작업의 날짜입니다. 포장일이 최근이라고 해서 원료를 바로 수확했다고 볼 수는 없습니다. 계절에 관한 설명도 생산지역, 품종, 보관방식과 함께 살펴야 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쌀이나 곡물, 김, 고춧가루처럼 생산시기가 궁금한 식품은 ‘생산연도’, ‘수확시기’, ‘도정일’, ‘포장일’ 중 실제로 어떤 정보가 제시되어 있는지 적습니다. 날짜 제목을 지우지 말고 그대로 남기세요.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곡물 포장에 최근 포장일만 보였습니다. 고객은 이를 올해 수확일로 옮기지 않고, “수확연도는 미확인, 포장일만 확인”이라고 기록했습니다. 수확연도가 구매기준이라면 판매처에 현재 판매분을 물을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제철이라는 말만으로 모든 식품의 맛이나 영양을 단정하지 않습니다. 늦게 수확한 식품, 최근 포장한 식품이 언제나 더 낫다고 정해 두지도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표시에서 찾을 수 없다면 품목과 현재 판매분을 특정해 문의합니다. 필요한 답을 얻지 못했을 때는 내가 확인할 수 있는 다른 조건으로 선택하거나 구매를 미룹니다.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내가 확인한 날짜는 어떤 작업의 날짜인가요?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날짜의 이름 ______________   날짜 또는 연도 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11   보관과 사용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날짜 앞에 붙은 이름을 함께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소비기한은 표시된 보관방법을 지켰을 때 안전하게 섭취할 수 있는 기한을 뜻합니다. 품질유지기한은 제품 고유의 품질이 유지될 수 있는 기한을 뜻하며, 제조일자는 만든 날짜입니다. 서로 다른 날짜를 같은 의미로 읽지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 정보란에서 날짜의 명칭과 위치 안내를 찾고, 뚜껑이나 바닥에 인쇄된 실제 날짜와 연결합니다. 구입 전에는 사용할 예정일도 함께 생각하세요. 날짜만 보지 말고 보관조건과 개봉 여부를 함께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병 바닥의 숫자를 보고 소비기한이라고 생각했지만, 옆면에는 ‘제조일자 별도 표시’라고 적혀 있었습니다. 고객은 기록을 ‘제조일자’로 바로잡고, 사용할 때 참고할 다른 안내를 더 찾았습니다.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날짜가 남아 있으면 보관방법과 개봉상태에 관계없이 먹어도 된다는 뜻은 아닙니다. 품질유지기한을 소비기한으로 바꾸어 적거나, 기한이 지난 제품의 섭취 가능 여부를 이 책자의 체크만으로 판정하지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인쇄가 지워졌거나 날짜의 뜻이 모호하면 읽히는 부분을 촬영해 제조자에게 확인합니다. 불분명한 숫자에 임의로 연월일을 붙이지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표시의 날짜 이름과 실제 날짜를 함께 찾았나요?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날짜 이름 ________________   실제 표시 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12   보관과 사용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미개봉 보관조건을 집에서도 지킬 수 있는지 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식품의 표시정보는 보관조건과 함께 읽어야 합니다. 냉장고가 꽉 차 있는데 냉장제품을 많이 주문하거나, 햇빛이 드는 곳에 두면서 실온제품이라고만 생각하면 포장 안내를 그대로 따르기 어렵습니다.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‘보관방법’과 ‘주의사항’을 찾아 냉장, 냉동, 실온 등의 문구와 온도, 직사광선 관련 안내를 그대로 읽습니다. 이 제품을 놓을 실제 장소를 정하고, 그곳이 안내와 맞는지 확인하세요. 품목만 보고 보관장소를 통일하지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냉장 보관 표시가 있는 장류를 주문하려던 고객이 냉장고 공간을 먼저 살폈습니다. 큰 통을 넣기 어려워 필요한 양과 포장 크기를 다시 비교했습니다.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소금, 장류, 기름처럼 익숙한 이름이라도 세부 제품의 보관안내를 확인해야 합니다. 양념은 모두 실온에 둬도 된다는 식으로 묶어서 판단하지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제품정보에서 보관방법을 찾지 못하면 주문 전에 문의합니다. 이미 표시와 다르게 보관했다면 장소와 시간을 적어 제조자에게 확인합니다. 장소를 바꿨다는 이유만으로 안전해졌다고 판단하지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미개봉 제품을 어디에 두면 표시된 조건을 지킬 수 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표시문구 __________________   보관할 곳 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13   보관과 사용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개봉 후 안내와 개봉일을 따로 남깁니다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포장을 연 뒤에는 사용도구나 주변환경이 달라집니다. 포장에 적힌 날짜만 남겨 놓고 개봉한 때와 개봉 후 안내를 잊기 쉽습니다. 모든 식품에 같은 ‘개봉 후 며칠’ 규칙을 적용하지 말고 해당 제품의 안내를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‘개봉 후’라는 문구가 있는지 찾고, 보관방법이 바뀌는지 읽습니다. 처음 여는 날에는 개봉일을 적되 제품명, 날짜, 원래 보관안내를 가리지 않습니다. 소분할 때는 원포장 사진과 소분일을 함께 남겨 제품을 구별하세요.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개봉 후 냉장 보관 안내가 있는 소스를 처음 연 고객이 개봉일을 적어 냉장고에 넣었습니다. “오늘 열었으니 무조건 한 달 사용”이라고 임의의 기한을 만들지는 않았습니다.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개봉일을 기록했다고 섭취 가능 기간이 자동으로 정해지는 것은 아닙니다. 냄새가 괜찮다는 이유만으로 잘못 보관한 제품을 계속 먹을지 결정하지도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개봉일이 기억나지 않으면 ‘모름’으로 적습니다. 사용 가능한지 궁금하면 보관경위와 개봉상태를 제조자에게 전달하세요. 상태가 의심되는 제품은 맛을 보며 시험하지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개봉 후 보관안내와 개봉일을 각각 남겼나요?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개봉 후 안내 ______________   개봉일 또는 모름 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14   보관과 사용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배송조건과 받은 포장상태를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온라인에서 고른 정보와 실제로 받은 물건을 연결하는 단계입니다. 주문한 상품이 맞는지, 포장이 새거나 손상되지는 않았는지, 안내된 배송방식이 무엇인지 확인해야 이상이 있을 때 구체적으로 문의할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구매 전에는 냉장이나 냉동 등 배송안내, 받을 수 있는 날짜를 확인합니다. 받은 뒤 제품명과 용량, 포장상태를 먼저 보세요. 누수, 밀봉 손상, 이상 팽창 등 우려되는 모습이 있으면 개봉하거나 맛보기 전에 사진과 수령시간을 남깁니다.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기름병 주변에 액체가 묻어 왔습니다. 고객은 휴지로 닦고 바로 쓰는 대신 포장과 병을 촬영해 판매처에 상태 확인과 처리방법을 요청했습니다.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보냉재가 남아 있다는 사실만으로 배송 전 과정의 온도가 적절했다고 증명되지는 않습니다. 반대로 포장의 겉모습 하나만으로 모든 이상 원인을 단정하지도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표시된 보관조건을 지키기 어려웠거나 배송상태가 의심되면 수령시각과 상태를 전달하고 사용 전에 문의합니다. 손으로 만져 본 느낌만으로 섭취 가능 여부를 판정하지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상품을 받을 때 무엇을 먼저 확인할 것인가요?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배송안내 __________________   수령 시 확인할 점 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15   가족에게 맞추기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알레르기 관련 표시는 따로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원재료를 고르는 취향과 알레르기 확인은 다릅니다. 피해야 할 식품이 있다면 원재료명과 알레르기 관련 안내를 따로 읽어야 합니다. 익숙한 제품도 표시가 달라질 수 있으므로 이번에 구입하는 포장을 확인합니다.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‘○○ 함유’와 알레르기 유발물질 관련 문구를 찾고, 같은 제조시설 사용에 관한 안내가 있는지도 읽습니다. ‘함유’는 재료에 관한 정보이며, 같은 제조시설 문구는 제조환경에 관한 주의정보이므로 서로 바꿔 적지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고객이 ‘대두 함유’와 ‘밀을 사용한 제품과 같은 제조시설에서 제조’라는 두 문구를 발견했습니다. 하나로 합쳐 “대두와 밀을 원재료로 사용”이라고 적지 않고, 문구를 각각 그대로 기록했습니다.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‘천연’, ‘발효’, ‘유기’ 같은 표현이 알레르기 관련 확인을 대신하지 않습니다. 주의문구를 찾지 못했다는 사실만으로 나에게 안전한 식품이라고 확정하지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피해야 할 원료가 있는데 표시가 불명확하면 확인 전에는 선택을 보류하고 제조자에게 문의하세요. 이미 의료진에게 받은 알레르기 관리지침이 있다면 그 지침을 우선합니다.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원재료와 알레르기 관련 문구에서 따로 확인할 내용이 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표시문구 또는 추가로 확인할 점 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16   가족에게 맞추기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영양정보는 같은 단위로 비교합니다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영양정보의 숫자는 기준량을 함께 읽어야 비교할 수 있습니다. 한 제품은 100g당, 다른 제품은 1회 분량이나 총내용량당으로 표시될 수 있습니다. 숫자가 작아 보여도 표시 기준량이 다르면 바로 비교할 수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영양정보가 있다면 맨 위의 기준량과 관심 성분의 단위를 먼저 옮깁니다. 같은 제품군끼리 같은 g 또는 mL 기준으로 맞춰 보세요. 실제 사용하는 양도 별도로 생각합니다. g과 mL는 제품의 밀도정보 없이 같은 양으로 취급하지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계산: A의 나트륨이 100g당 600mg, B는 20g당 100mg이면 B는 100g당 500mg입니다. 비교 기준을 맞추면 차이를 읽을 수 있습니다. 이 숫자는 계산 연습용이며 실제 상품이나 권장섭취량이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나트륨이나 당류 수치 하나만 낮다고 모든 면에서 더 좋은 식품이라고 정하지 않습니다. ‘1일 영양성분 기준치에 대한 비율’도 내 몸에 맞춘 개인 처방량을 뜻하지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영양정보가 없거나 단위가 다르면 비교할 수 없는 항목으로 남깁니다. 관심 성분이 구매에 중요하면 제조자에게 공개된 정보를 요청하고, 없는 수치를 만들어 채우지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관심 성분의 기준량과 단위를 나란히 적을 수 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성분 __________   기준량 __________   표시값 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17   설명의 근거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인증과 검사자료는 대상과 범위를 확인합니다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인증마크나 검사결과는 무엇을 대상으로 어떤 내용을 확인했는지 읽어야 도움이 됩니다. 한 업체의 자료가 그 업체에서 파는 모든 상품과 모든 생산분에 그대로 해당하는 것은 아닙니다. 자료의 제목만 보지 말고 적용범위를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인증명, 발급기관, 인증대상, 번호와 유효기간 등 확인 가능한 정보를 살펴봅니다. 검사자료라면 시료명, 검사일, 검사항목을 읽습니다. 필요하면 해당 기관의 공식 조회에서 제품이나 업체 정보와 일치하는지 확인하세요.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판매페이지의 시험성적서에서 시료명이 내가 고른 상품과 다른 것을 발견했습니다. 고객은 “현재 판매분에 해당하는 자료인가요?”라고 물었고, 확인 전에는 해당 상품의 증거로 옮기지 않았습니다.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어떤 검사항목이 적합하다는 결과를 모든 위험이 없거나 질병에 효과가 있다는 뜻으로 넓히지 않습니다. 인증 유무 하나로 맛, 원산지, 내 용도까지 모두 판단하지도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번호나 날짜가 가려졌거나 공식 조회가 어렵다면 ‘자료 적용범위 미확인’으로 남깁니다. 자료가 없다는 사실과 거짓 자료라는 판단을 구분하세요.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제시된 자료는 어떤 대상의 어떤 내용을 확인한 것인가요?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자료명 ______________   대상 ______________   확인할 점 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18   설명의 근거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판매자의 의견과 확인 가능한 사실을 나눕니다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‘구수하다’, ‘가족이 좋아한다’는 경험이나 평가일 수 있습니다. 원료, 제조원, 날짜처럼 확인할 수 있는 정보와는 성격이 다릅니다. 의견도 선택에 참고할 수 있지만, 다른 사람의 경험을 나에게도 같은 결과가 생긴다는 약속으로 받아들이지 마세요.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설명문에서 사실로 확인할 문장과 취향이나 평가에 해당하는 문장을 각각 골라 봅니다. 건강효과를 강하게 말하는 경우 제품 자체의 표시와 객관적인 근거가 있는지 살핍니다. 일반식품에 질병 예방이나 치료효과가 있다고 기대하며 구매하지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문장 “국산 대두 사용, 구수해서 매일 찾게 되는 맛”을 나누면 앞부분은 원료 원산지로 확인할 정보이고, 뒷부분은 맛에 관한 평가입니다. 후기가 많아도 원산지 확인을 대신하지는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대표나 판매자의 진솔한 경험이라고 해서 모든 고객에게 같은 효과가 보장되는 것은 아닙니다. 반대로 개인적인 맛 표현이라는 이유만으로 거짓이라고 단정할 필요도 없습니다.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주장의 근거를 찾지 못하면 ‘판매자 설명, 별도 확인 못함’이라고 표시합니다. 내 구매결정에 중요한 주장이라면 확인할 자료를 요청하고 답이 없을 때는 판단을 미룹니다.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설명 한 문장을 사실과 의견으로 나누어 볼 수 있나요?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사실 ______________   의견이나 평가 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19   구매결정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가격은 단위와 쓸 양을 함께 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가격표의 총액만 보면 서로 다른 용량을 비교하기 어렵습니다. 단위가격을 맞춘 뒤 실제로 사용할 양, 배송비, 보관할 공간을 함께 봐야 합니다. 큰 포장이 단위당 저렴해도 남기는 양이 많으면 우리 집에 알맞지 않을 수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같은 제품군에서 100g당 또는 100mL당 가격으로 맞춰 계산합니다. 배송비와 묶음 수량은 따로 적으세요. 비교하는 품목과 단위가 다르면 억지로 한 줄의 가격순위로 만들지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계산: 300g에 6,000원이면 100g당 2,000원, 500g에 9,000원이면 100g당 1,800원입니다. 작은 양만 쓰는 고객은 단위가격이 조금 높더라도 300g을 고를 수 있습니다. 두 가격은 실제 판매가가 아닙니다.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비싸면 품질이 좋고 싸면 나쁘다는 판단은 표시정보를 대신하지 못합니다. 할인율이 높다는 사실도 원료나 보관상태를 설명해 주지는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현재 가격이나 배송비가 확인되지 않으면 가격 비교를 잠시 멈춥니다. 내용량과 실제 결제조건이 확인된 뒤 계산하세요.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단위가격을 비교한 뒤에도 이 수량이 우리 집에 맞나요?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가격 ________   내용량 ________   필요한 양 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spacing w:before="160" w:after="160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0"/>
        </w:rPr>
        <w:t>기준 20   구매결정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확인한 사실과 남은 질문으로 결정을 마칩니다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스무 항목을 모두 채웠다고 좋은 식품으로 인증되는 것은 아닙니다. 반대로 모르는 항목이 있다고 곧바로 나쁜 상품이 되는 것도 아닙니다. 내가 중요하게 정한 조건이 확인됐는지, 더 알아볼 질문이 있는지 정리하는 것이 마지막 단계입니다.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어디에서 어떻게 확인할까요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이용목적, 원재료, 필요한 주의사항, 보관 가능 여부를 다시 봅니다. 기록은 ‘확인’, ‘미확인’, ‘이번 선택에서 해당 없음’으로 나누되, 확인은 읽었다는 뜻이지 적합 판정이 아닙니다. 알레르기나 보관문제처럼 사용 여부에 영향을 주는 사항은 먼저 해결합니다.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이럴 때 이렇게 읽습니다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가상 상황: 고객은 원재료와 제조원을 확인했지만 개봉 후 보관안내를 찾지 못했습니다. “19개 확인했으니 구매”가 아니라 “보관안내를 먼저 묻고 결정”이라고 적었습니다.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헷갈리지 마세요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확인 개수나 임의의 점수로 안전등급을 만들지 않습니다. 구매를 미루거나 지금 가진 것을 더 확인하는 결정도 이 자료를 제대로 활용한 결과입니다.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확인하지 못했다면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질문에 답을 받으면 누가 언제 무엇이라고 답했는지 남깁니다. 답을 못 받았다면 그대로 미확인으로 유지하세요. 확인할 수 없는 핵심조건을 확신으로 바꾸지 않습니다.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식품에 적용하기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지금 결정할 일과 답을 받은 뒤 결정할 일은 무엇인가요?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오늘 결정 ________________   남은 질문 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남길 기록 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□ 확인   □ 미확인   □ 이번 선택에서 해당 없음</w:t>
        <w:br/>
        <w:t>확인은 내용을 읽거나 답을 받았다는 뜻입니다. 안전성이나 품질의 점수가 아닙니다.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1  표시와 설명을 구분하기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다음 제품과 고객 상황은 모두 가상입니다. 실제 섬내음 상품이나 고객 사례가 아닙니다. 아래는 학습에 필요한 정보만 가정한 발췌문이며, 완전한 법정 표시 견본이 아닙니다.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상황: 된장국을 주 2회 끓이는 2인 가구입니다. 집에 남은 된장을 확인한 뒤 300g 제품의 구매를 검토하고 있습니다.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가상으로 제공된 정보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제품명 연습용 된장 A / 식품유형 된장 / 300g, 6,000원</w:t>
        <w:br/>
        <w:t>원재료 대두 55%(국산), 정제수, 천일염 12%(국산), 쌀 8%(국산)</w:t>
        <w:br/>
        <w:t>제조원 연습제조소 A / 판매원 연습판매처 B</w:t>
        <w:br/>
        <w:t>소비기한 2027.03.31 / 직사광선을 피해 서늘한 곳 보관 / 개봉 후 냉장 보관</w:t>
        <w:br/>
        <w:t>대두 함유 / 영양정보 100g당 나트륨 4,000mg</w:t>
        <w:br/>
        <w:t>판매설명 “정성껏 발효하고 오래 숙성한 구수한 된장”</w:t>
        <w:br/>
        <w:t>발효방법, 숙성기간, 원료 수확연도, 인증자료, 배송조건은 이 예시에서 미제공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기준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실제로 적은 내용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01 용도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된장국, 주 2회. 남은 양을 확인한 뒤 300g 검토.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02 제품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연습용 된장 A 300g. 선택한 옵션과 일치.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03 유형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된장. 앞면의 ‘구수한’은 유형이 아닌 표현.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04 원재료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대두, 정제수, 천일염, 쌀. 제공된 목록 확인.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05 함량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55%, 천일염 12%, 쌀 8%. 정제수 비율은 따로 적지 않음.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06 원산지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국산, 천일염 국산, 쌀 국산으로 각각 기록.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07 제조자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제조 연습제조소 A, 판매 연습판매처 B.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08 방법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판매설명에 발효 언급. 구체적인 방법은 미확인.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09 시간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‘오래 숙성’이라는 설명만 있음. 기간의 기준 미확인.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 생산시기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원료 수확연도 미확인. 제조나 포장 날짜도 미제공.</w:t>
            </w:r>
          </w:p>
        </w:tc>
      </w:tr>
    </w:tbl>
    <w:p>
      <w:pPr>
        <w:spacing w:after="0"/>
        <w:snapToGrid w:val="0"/>
      </w:pP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원재료가 익숙하거나 국내산으로 표시됐다는 이유만으로 건강효과나 안전등급을 매기지 않았습니다. 제시되지 않은 정보는 빈칸을 추측으로 채우지 않았습니다.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작성 예시 2  기록을 행동으로 바꾸기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앞쪽의 가상 된장 A를 이어서 점검합니다. 아직 주문하지 않은 상황이므로 수령상태와 실제 개봉일은 지금 확인할 수 없습니다.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14"/>
        <w:gridCol w:w="7597"/>
      </w:tblGrid>
      <w:tr>
        <w:trPr>
          <w:cantSplit/>
          <w:tblHeader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기준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5E9ED"/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/>
                <w:color w:val="000000"/>
                <w:sz w:val="20"/>
              </w:rPr>
              <w:t>실제로 적은 내용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11 날짜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소비기한 2027.03.31 확인. 보관조건과 함께 읽음.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12 미개봉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직사광선을 피해 서늘한 곳. 집의 보관장소 확인 예정.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13 개봉 후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냉장 보관 확인. 미구매 상태여서 개봉일은 아직 없음.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14 배송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배송조건 미확인. 주문 전 문의하고 수령 시 포장 확인.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15 알레르기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함유 확인. 그 밖의 제조시설 관련 안내는 미제공.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16 영양정보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100g당 나트륨 4,000mg. 예를 들어 10g이면 단순 계산 400mg. 실제 사용할 양은 별도.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17 자료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인증과 검사자료는 이번 예시에 없음. 인증을 받은 제품으로 기록하지 않음.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18 사실과 의견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대두 국산은 제공된 원산지 정보. ‘구수한’은 맛에 관한 평가.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19 가격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6,000원 ÷ 300g × 100 = 100g당 2,000원. 배송비는 미확인.</w:t>
            </w:r>
          </w:p>
        </w:tc>
      </w:tr>
      <w:tr>
        <w:trPr>
          <w:cantSplit/>
        </w:trPr>
        <w:tc>
          <w:tcPr>
            <w:tcW w:type="dxa" w:w="181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20 결정</w:t>
            </w:r>
          </w:p>
        </w:tc>
        <w:tc>
          <w:tcPr>
            <w:tcW w:type="dxa" w:w="75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line="290" w:lineRule="exact"/>
              <w:snapToGrid w:val="0"/>
            </w:pPr>
            <w:r>
              <w:rPr>
                <w:rFonts w:ascii="Noto Sans CJK KR" w:hAnsi="Noto Sans CJK KR" w:eastAsia="Noto Sans CJK KR" w:cs="Noto Sans CJK KR"/>
                <w:b w:val="0"/>
                <w:color w:val="000000"/>
                <w:sz w:val="20"/>
              </w:rPr>
              <w:t>배송조건과 배송비를 문의한 뒤 구매 여부 결정. 숙성기간을 확인한 사실처럼 말하지 않기.</w:t>
            </w:r>
          </w:p>
        </w:tc>
      </w:tr>
    </w:tbl>
    <w:p>
      <w:pPr>
        <w:spacing w:after="0"/>
        <w:snapToGrid w:val="0"/>
      </w:pP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완성된 결과 기록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오늘 확인한 것: 제품명, 원재료와 표시된 원산지, 제조원, 날짜, 개봉 후 보관방법.</w:t>
        <w:br/>
        <w:t>아직 모르는 것: 구체적 발효방법과 숙성기간, 배송조건과 배송비.</w:t>
        <w:br/>
        <w:t>새롭게 알게 된 것: 판매설명에 발효라는 말이 있어도 방법과 기간까지 알게 된 것은 아니다.</w:t>
        <w:br/>
        <w:t>다음 질문: “현재 판매하는 300g 제품은 어떤 방식으로 배송되며 배송비는 얼마인가요?”</w:t>
        <w:br/>
        <w:t>오늘 할 일: 문의를 보내고 답변을 기록한 뒤 필요한 수량을 결정한다.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예시의 10g은 계산 설명을 위한 양이며 권장섭취량이 아닙니다. 실제 고객의 점검에서는 건강정보를 적거나 제출할 필요가 없습니다. 본인에게 필요한 주의사항만 스스로 확인하세요.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 점검지  1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 __________________________   내용량 ______________</w:t>
        <w:br/>
        <w:t>확인일 ______________   확인한 곳  □ 포장   □ 상품설명   □ 답변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각 행의 □에는 확인 C, 미확인 ?, 해당 없음 - 중 하나를 적으세요. C는 안전 판정이 아닙니다. 해당 없음은 이유를 기록하고, 표시문구는 가능한 한 그대로 옮깁니다.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01  사용목적과 빈도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02  제품명과 내용량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03  식품유형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04  전체 원재료와 괄호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05  관심 원료의 함량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06  원료별 원산지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07  제조원과 판매원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08  구체적인 제조방법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09  발효와 숙성기간의 기준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10  생산시기와 날짜 이름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긴 원재료명은 사진으로 남겨도 됩니다. 사진 이름이나 추가 메모 위치를 기록칸에 적으세요. 기록 내용이 우리 집의 필요와 맞는지는 결과 정리에서 다시 판단합니다.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내 식품 점검지  2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제품명 __________________________   내용량 ______________</w:t>
        <w:br/>
        <w:t>확인일 ______________   확인한 곳  □ 포장   □ 상품설명   □ 답변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각 행의 □에는 확인 C, 미확인 ?, 해당 없음 - 중 하나를 적으세요. C는 안전 판정이 아닙니다. 해당 없음은 이유를 기록하고, 표시문구는 가능한 한 그대로 옮깁니다.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11  날짜 명칭과 실제 날짜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12  미개봉 보관방법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13  개봉 후 안내와 개봉일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14  배송안내와 포장상태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15  알레르기 관련 표시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16  영양정보의 기준량과 단위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17  인증이나 검사자료의 범위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18  판매설명의 사실과 의견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19  단위가격과 필요한 양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20  남은 질문과 구매결정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기록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긴 원재료명은 사진으로 남겨도 됩니다. 사진 이름이나 추가 메모 위치를 기록칸에 적으세요. 기록 내용이 우리 집의 필요와 맞는지는 결과 정리에서 다시 판단합니다.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오늘 확인한 것으로 다음 행동을 정합니다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점검지를 보고 다섯 항목을 채우세요. 상품을 바꾸는 결정만이 결과는 아닙니다. 현재 식품의 정보를 더 확인하거나 필요한 양을 줄여 고르는 것도 실천입니다.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1  오늘 직접 확인한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확인한 표시나 답변 _______________________________________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그 내용을 확인한 곳과 날짜 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2  아직 확인하지 못한 내용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항목과 확인이 어려웠던 이유 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3  새롭게 알게 된 점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처음 생각과 달라진 점 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4  다음에 확인할 질문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누구에게 무엇을 물을지 ___________________________________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확인할 날 ______________   답을 기록할 곳 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5  오늘부터 실천할 한 가지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필요한 양 다시 정하기   □ 원포장 사진 남기기</w:t>
        <w:br/>
        <w:t>□ 개봉일 기록하기   □ 보관안내 확인하기   □ 질문 하나 보내기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내가 하기로 한 일 ________________________________________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지금의 결정과 이유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□ 구매 검토 계속   □ 답을 받은 뒤 결정   □ 이번에는 구매하지 않음</w:t>
        <w:br/>
        <w:t>□ 집에 있는 제품의 정보부터 더 확인</w:t>
      </w:r>
    </w:p>
    <w:p>
      <w:pPr>
        <w:spacing w:after="200" w:line="44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21"/>
        </w:rPr>
        <w:t>이유 __________________________________________________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알레르기 관련 정보가 불명확하거나 보관상태가 의심되는 경우에는 먼저 확인하세요. 모르는 내용을 “괜찮겠지”로 바꾸지 않습니다. 체크 개수로 안전점수나 건강점수를 만들지 않습니다.</w:t>
      </w:r>
    </w:p>
    <w:p>
      <w:pPr>
        <w:snapToGrid w:val="0"/>
      </w:pPr>
      <w:r>
        <w:br w:type="page"/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무료강의에서 확인 기준을 연결하세요</w:t>
      </w:r>
    </w:p>
    <w:p>
      <w:pPr>
        <w:spacing w:before="240" w:after="240" w:line="480" w:lineRule="exact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36"/>
        </w:rPr>
        <w:t>1강  진짜 음식은 무엇이 다른가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오늘은 식품 하나에서 확인할 항목을 나누어 보았습니다. 다음 강의에서는 원재료, 만든 사람, 제조과정, 시간이 하나의 상품설명에서 어떻게 연결되는지 살펴봅니다.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강의에서 함께 살펴볼 내용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‘진짜 음식’이라는 표현을 섬내음이 어떤 뜻으로 사용하는지</w:t>
        <w:br/>
        <w:t>앞면의 인상과 뒷면의 표시정보를 어떻게 구분하는지</w:t>
        <w:br/>
        <w:t>원재료와 생산자, 공정과 시간을 확인할 때 무엇을 물어야 하는지</w:t>
        <w:br/>
        <w:t>확인된 사실과 판매자의 의견을 어떻게 나누어 읽는지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가져갈 것은 오늘 작성한 기록입니다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27쪽에서 적은 ‘아직 확인하지 못한 내용’과 ‘다음 질문’을 준비하세요. 집에서 자주 쓰는 식재료 세 가지의 포장 앞면과 뒷면도 촬영해 두면 강의 과제에 활용할 수 있습니다. 글씨가 읽히도록 찍고 개인 정보가 담긴 택배 송장은 제외하세요.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수강 안내 확인 방법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이 자료와 함께 전달받은 무료강의 안내에서 「진짜 음식 첫걸음」의 1강 제목을 확인하세요. 안내를 받지 못했다면 자료를 보내 준 섬내음 담당자에게 1강 수강방법을 문의해 주세요. 아직 공개 전인 경우에는 공개일과 수강방법을 안내받으시면 됩니다.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문의할 때 이렇게 적으세요.</w:t>
        <w:br/>
        <w:t>“「진짜 음식 고르는 20가지 기준」을 읽었습니다. 무료강의 1강 「진짜 음식은 무엇이 다른가」의 수강방법을 알려 주세요.”</w:t>
      </w:r>
    </w:p>
    <w:p>
      <w:pPr>
        <w:pStyle w:val="Heading1"/>
        <w:snapToGrid w:val="0"/>
      </w:pPr>
      <w:r>
        <w:rPr>
          <w:rFonts w:ascii="Noto Sans CJK KR" w:hAnsi="Noto Sans CJK KR" w:eastAsia="Noto Sans CJK KR" w:cs="Noto Sans CJK KR"/>
          <w:b/>
          <w:color w:val="000000"/>
          <w:sz w:val="28"/>
        </w:rPr>
        <w:t>다음 행동은 하나입니다</w:t>
      </w:r>
    </w:p>
    <w:p>
      <w:pPr>
        <w:snapToGrid w:val="0"/>
      </w:pPr>
      <w:r>
        <w:rPr>
          <w:rFonts w:ascii="Noto Sans CJK KR" w:hAnsi="Noto Sans CJK KR" w:eastAsia="Noto Sans CJK KR" w:cs="Noto Sans CJK KR"/>
          <w:color w:val="000000"/>
        </w:rPr>
        <w:t>무료강의 1강의 수강 안내를 확인하세요. 상품을 먼저 구매하거나 집의 식재료를 한꺼번에 교체할 필요는 없습니다.</w:t>
      </w:r>
    </w:p>
    <w:p>
      <w:pPr>
        <w:spacing w:line="260" w:lineRule="exact"/>
        <w:snapToGrid w:val="0"/>
      </w:pPr>
      <w:r>
        <w:rPr>
          <w:rFonts w:ascii="Noto Sans CJK KR" w:hAnsi="Noto Sans CJK KR" w:eastAsia="Noto Sans CJK KR" w:cs="Noto Sans CJK KR"/>
          <w:color w:val="000000"/>
          <w:sz w:val="18"/>
        </w:rPr>
        <w:t>이 책자의 확인방법은 식품의약품안전처 「식품등의 표시기준」과 소비기한 안내, 국립농산물품질관리원의 원산지 안내를 참고했습니다. 세부 근거와 확인일은 별도 출처 기록에 정리했습니다.</w:t>
        <w:br/>
        <w:t>발행 2026.10.17  |  V1.0  |  믿고 먹는 섬내음</w:t>
        <w:br/>
        <w:t>기획 및 편집 한영인컨설팅그룹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247" w:bottom="964" w:left="1247" w:header="454" w:footer="45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Noto Sans CJK KR" w:hAnsi="Noto Sans CJK KR" w:eastAsia="Noto Sans CJK KR" w:cs="Noto Sans CJK KR"/>
        <w:color w:val="000000"/>
        <w:sz w:val="16"/>
      </w:rPr>
      <w:t xml:space="preserve">R02 V1.0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Noto Sans CJK KR" w:hAnsi="Noto Sans CJK KR" w:eastAsia="Noto Sans CJK KR" w:cs="Noto Sans CJK KR"/>
        <w:color w:val="000000"/>
        <w:sz w:val="16"/>
      </w:rPr>
      <w:t>믿고 먹는 섬내음     고객교육자료 R02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30" w:lineRule="exact" w:after="120"/>
    </w:pPr>
    <w:rPr>
      <w:rFonts w:ascii="Noto Sans CJK KR" w:hAnsi="Noto Sans CJK KR" w:eastAsia="Noto Sans CJK KR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 w:line="400" w:lineRule="exact"/>
      <w:outlineLvl w:val="0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 w:line="400" w:lineRule="exact"/>
      <w:outlineLvl w:val="1"/>
    </w:pPr>
    <w:rPr>
      <w:rFonts w:asciiTheme="majorHAnsi" w:eastAsiaTheme="majorEastAsia" w:hAnsiTheme="majorHAnsi" w:cstheme="majorBidi" w:ascii="Noto Sans CJK KR" w:hAnsi="Noto Sans CJK KR" w:eastAsia="Noto Sans CJK KR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Noto Sans CJK KR" w:hAnsi="Noto Sans CJK KR" w:eastAsia="Noto Sans CJK KR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Noto Sans CJK KR" w:hAnsi="Noto Sans CJK KR" w:eastAsia="Noto Sans CJK KR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진짜 음식 고르는 20가지 기준</dc:title>
  <dc:subject>믿고 먹는 섬내음 고객교육자료 R02</dc:subject>
  <dc:creator>한영인컨설팅그룹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