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진짜 음식 고르는 20가지 기준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포장식품 하나와 펜을 준비하세요. 확인한 사실과 남은 질문을 나누어 적고, 우리 집에서 쓸 목적에 맞는지 판단합니다.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3969"/>
        <w:gridCol w:w="737"/>
        <w:gridCol w:w="3969"/>
      </w:tblGrid>
      <w:tr>
        <w:trPr>
          <w:cantSplit/>
          <w:tblHeader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번호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찾아볼 것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번호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찾아볼 것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사용목적과 빈도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 명칭과 실제 날짜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02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제품명과 내용량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미개봉 보관방법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03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식품유형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13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안내와 개봉일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전체 원재료와 괄호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14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배송안내와 포장상태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05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관심 원료의 함량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15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알레르기 관련 표시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06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원료별 원산지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16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영양정보의 기준량과 단위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제조원과 판매원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17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인증이나 검사자료의 범위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구체적인 제조방법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18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판매설명의 사실과 의견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발효와 숙성기간의 기준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19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단위가격과 필요한 양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생산시기와 날짜 이름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20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남은 질문과 구매결정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세 가지만 지키세요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표시문구는 원료 이름, 날짜 이름, 단위를 빼지 말고 옮깁니다.</w:t>
        <w:br/>
        <w:t>찾지 못한 내용은 미확인으로 남기고 중요한 질문부터 묻습니다.</w:t>
        <w:br/>
        <w:t>체크 개수, 가격, 원재료 수만으로 안전성이나 건강효과를 판정하지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확인한 사실 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남은 질문과 물어볼 곳 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할 일 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행동: 무료강의 1강 「진짜 음식은 무엇이 다른가」의 수강 안내를 확인하세요. 안내가 없으면 자료를 보내 준 섬내음 담당자에게 문의해 주세요.</w:t>
        <w:br/>
        <w:t>믿고 먹는 섬내음  |  정포크라테스 정영숙  |  R02 한 장 요약  |  2026.10.17 V1.0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R02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진짜 음식 고르는 20가지 기준</dc:title>
  <dc:subject>믿고 먹는 섬내음 고객교육자료 R02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