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 점검지 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 __________________________   내용량 ______________</w:t>
        <w:br/>
        <w:t>확인일 ______________   확인한 곳  □ 포장   □ 상품설명   □ 답변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각 행의 □에는 확인 C, 미확인 ?, 해당 없음 - 중 하나를 적으세요. C는 안전 판정이 아닙니다. 해당 없음은 이유를 기록하고, 표시문구는 가능한 한 그대로 옮깁니다.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01  사용목적과 빈도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02  제품명과 내용량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03  식품유형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04  전체 원재료와 괄호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05  관심 원료의 함량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06  원료별 원산지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07  제조원과 판매원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08  구체적인 제조방법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09  발효와 숙성기간의 기준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10  생산시기와 날짜 이름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긴 원재료명은 사진으로 남겨도 됩니다. 사진 이름이나 추가 메모 위치를 기록칸에 적으세요. 기록 내용이 우리 집의 필요와 맞는지는 결과 정리에서 다시 판단합니다.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 점검지 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 __________________________   내용량 ______________</w:t>
        <w:br/>
        <w:t>확인일 ______________   확인한 곳  □ 포장   □ 상품설명   □ 답변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각 행의 □에는 확인 C, 미확인 ?, 해당 없음 - 중 하나를 적으세요. C는 안전 판정이 아닙니다. 해당 없음은 이유를 기록하고, 표시문구는 가능한 한 그대로 옮깁니다.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11  날짜 명칭과 실제 날짜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12  미개봉 보관방법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13  개봉 후 안내와 개봉일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14  배송안내와 포장상태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15  알레르기 관련 표시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16  영양정보의 기준량과 단위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17  인증이나 검사자료의 범위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18  판매설명의 사실과 의견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19  단위가격과 필요한 양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20  남은 질문과 구매결정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긴 원재료명은 사진으로 남겨도 됩니다. 사진 이름이나 추가 메모 위치를 기록칸에 적으세요. 기록 내용이 우리 집의 필요와 맞는지는 결과 정리에서 다시 판단합니다.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확인한 것으로 다음 행동을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점검지를 보고 다섯 항목을 채우세요. 상품을 바꾸는 결정만이 결과는 아닙니다. 현재 식품의 정보를 더 확인하거나 필요한 양을 줄여 고르는 것도 실천입니다.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직접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표시나 답변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그 내용을 확인한 곳과 날짜 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확인이 어려웠던 이유 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달라진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확인할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날 ______________   답을 기록할 곳 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오늘부터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필요한 양 다시 정하기   □ 원포장 사진 남기기</w:t>
        <w:br/>
        <w:t>□ 개봉일 기록하기   □ 보관안내 확인하기   □ 질문 하나 보내기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하기로 한 일 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지금의 결정과 이유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구매 검토 계속   □ 답을 받은 뒤 결정   □ 이번에는 구매하지 않음</w:t>
        <w:br/>
        <w:t>□ 집에 있는 제품의 정보부터 더 확인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이유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알레르기 관련 정보가 불명확하거나 보관상태가 의심되는 경우에는 먼저 확인하세요. 모르는 내용을 “괜찮겠지”로 바꾸지 않습니다. 체크 개수로 안전점수나 건강점수를 만들지 않습니다.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R02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내 식품 점검지  1</dc:title>
  <dc:subject>믿고 먹는 섬내음 고객교육자료 R02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