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우리 집 식재료 점검 한 장 요약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한 곳에서 식재료 다섯 개만 고릅니다. 원포장, 구매기록, 펜을 준비하고 냉장·냉동 식품은 제자리에 둔 채 확인하세요.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다섯 번 확인하고 한 주 동안 기록하세요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확인할 것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내가 적을 내용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무엇이 있나요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정확한 제품명, 남은 양과 단위, 자주 쓰는 정도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언제 샀고 열었나요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구매일 또는 받은 날, 개봉일과 확인 근거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표시와 보관은 맞나요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날짜의 이름, 개봉 전후 안내, 현재 장소와 보관 이력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무엇을 더 물어볼까요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모르는 항목, 문의 대상, 질문과 확인할 날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무엇을 할까요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이번 주 할 일 한 가지와 다음 구매에서 확인할 기준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모르는 날짜는 ‘모름’, 눈대중 수량은 ‘약’이라고 적습니다. 보관 이력이 불분명하거나 상태가 의심되면 사용을 보류하고 확인합니다. 맛으로 시험하거나 날짜가 가깝다는 이유만으로 먼저 먹지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이번 주에 남길 기록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점검할 장소와 시작일 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먼저 확인할 식재료와 질문 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오늘부터 실천할 한 가지  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다시 살 때 확인할 기준  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일주일 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직접 확인한 것, 아직 모르는 것, 새롭게 알게 된 점, 다음에 확인할 것, 계속할 행동을 한 줄씩 정리합니다.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무료강의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5강 「우리 집 활식 첫 계획」 수강 안내를 확인해 주세요. 안내를 받지 못했다면 자료를 보내 준 섬내음 담당자에게 문의하세요.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체크 수로 식품의 안전성이나 건강상태를 판정하지 않습니다.</w:t>
        <w:br/>
        <w:t>믿고 먹는 섬내음  |  정포크라테스 정영숙  |  R03 요약본 V1.0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R03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집 식재료 점검 한 장 요약</dc:title>
  <dc:subject>믿고 먹는 섬내음 고객교육자료 R03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