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우리 집 식재료 목록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냉장고 한 칸이나 양념 선반에서 다섯 개를 고릅니다. 원포장을 버린 소분식품은 제품명을 짐작해 적지 말고 ‘제품명 미확인’이라고 쓰세요. 같은 제품이 두 개면 개봉한 것과 새것을 구분합니다.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점검일 __________  점검한 장소 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2324"/>
        <w:gridCol w:w="2324"/>
        <w:gridCol w:w="2324"/>
      </w:tblGrid>
      <w:tr>
        <w:trPr>
          <w:cantSplit/>
          <w:tblHeader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번호와 식재료</w:t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남은 양과 근거</w:t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구매일 또는 받은 날</w:t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개봉일과 근거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</w:t>
              <w:br/>
              <w:br/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2</w:t>
              <w:br/>
              <w:br/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3</w:t>
              <w:br/>
              <w:br/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4</w:t>
              <w:br/>
              <w:br/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5</w:t>
              <w:br/>
              <w:br/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</w:tbl>
    <w:p>
      <w:pPr>
        <w:spacing w:after="0"/>
        <w:snapToGrid w:val="0"/>
      </w:pP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양은 g, mL, 봉, 개 또는 ‘눈대중 약 1/2병’처럼 적습니다. 날짜가 기억나지 않으면 ‘모름’이라고 쓰고, 확인한 날짜와 혼동하지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자주 사용하는 것과 겹쳐 산 것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자주 쓰는 번호와 최근 사용횟수  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같은 용도로 겹치는 번호  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이번에 목록에서 제외한 곳  ____________________________________________________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원포장 사진을 남겼습니다  □ 구매기록을 확인했습니다</w:t>
        <w:br/>
        <w:t>□ 날짜를 모르는 항목을 따로 표시했습니다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표시와 보관 기록 1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목록의 번호를 그대로 사용합니다. R01 또는 R04를 이미 작성했다면 같은 제품인지 확인한 뒤 필요한 내용을 옮겨 쓰세요.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식재료 1 상세기록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번호와 정확한 제품명  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원재료와 원료별 원산지  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제조원 또는 판매처 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표시된 날짜의 이름과 날짜  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미개봉 보관 안내  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개봉 후 보관 안내 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현재 장소와 확인할 점  ________________________________________________________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표시와 비교  □ 맞음  □ 다름  □ 미확인    상태  □ 개봉  □ 미개봉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표시 내용은 그대로 옮깁니다. 맞음에 표시해도 섭취 안전성을 보증하지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식재료 2 상세기록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번호와 정확한 제품명  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원재료와 원료별 원산지  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제조원 또는 판매처 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표시된 날짜의 이름과 날짜  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미개봉 보관 안내  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개봉 후 보관 안내 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현재 장소와 확인할 점  ________________________________________________________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표시와 비교  □ 맞음  □ 다름  □ 미확인    상태  □ 개봉  □ 미개봉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표시 내용은 그대로 옮깁니다. 맞음에 표시해도 섭취 안전성을 보증하지 않습니다.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표시와 보관 기록 2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날짜의 이름까지 적고, 개봉 후 안내를 따로 찾습니다. 포장에 여러 날짜가 있으면 제품에 적용되는 날짜를 확인하세요.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식재료 3 상세기록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번호와 정확한 제품명  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원재료와 원료별 원산지  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제조원 또는 판매처 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표시된 날짜의 이름과 날짜  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미개봉 보관 안내  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개봉 후 보관 안내 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현재 장소와 확인할 점  ________________________________________________________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표시와 비교  □ 맞음  □ 다름  □ 미확인    상태  □ 개봉  □ 미개봉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표시 내용은 그대로 옮깁니다. 맞음에 표시해도 섭취 안전성을 보증하지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식재료 4 상세기록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번호와 정확한 제품명  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원재료와 원료별 원산지  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제조원 또는 판매처 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표시된 날짜의 이름과 날짜  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미개봉 보관 안내  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개봉 후 보관 안내 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현재 장소와 확인할 점  ________________________________________________________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표시와 비교  □ 맞음  □ 다름  □ 미확인    상태  □ 개봉  □ 미개봉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표시 내용은 그대로 옮깁니다. 맞음에 표시해도 섭취 안전성을 보증하지 않습니다.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표시와 보관 기록 3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원포장이 없거나 선물로 받은 식재료도 추측하지 않고 기록할 수 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식재료 5 상세기록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번호와 정확한 제품명  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원재료와 원료별 원산지  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제조원 또는 판매처 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표시된 날짜의 이름과 날짜  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미개봉 보관 안내  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개봉 후 보관 안내 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현재 장소와 확인할 점  ________________________________________________________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표시와 비교  □ 맞음  □ 다름  □ 미확인    상태  □ 개봉  □ 미개봉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표시 내용은 그대로 옮깁니다. 맞음에 표시해도 섭취 안전성을 보증하지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소분하거나 직접 만든 식품의 추가기록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대상 번호와 식품 이름  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원포장 또는 구입처를 찾을 방법  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소분일 또는 만든 날과 근거  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받은 뒤 보관한 장소와 기간  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누구에게 무엇을 물을지  ________________________________________________________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소분일은 제조일이나 개봉일을 대신하지 않습니다. 집에서 만든 식품의 사용기한을 이 기록만으로 정하지 않습니다.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모르는 내용은 질문으로 바꾸세요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‘괜찮나요’라는 질문에 제품명, 날짜, 보관 이력을 더하면 상대가 확인하기 쉽습니다. 모르는 사실을 채워 넣지 말고 그대로 밝혀 주세요.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질문 기록 1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식재료 번호와 제품명  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확인한 포장 문구  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모르는 점 또는 보관이 달랐던 내용  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문의 대상과 문의할 날  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보낼 질문  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받은 답과 답변일  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답을 확인한 근거와 다음 행동  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질문 기록 2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식재료 번호와 확인할 내용  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문의 대상과 문의할 날  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받은 답 또는 아직 답이 없는 이유  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다음 행동과 다시 확인할 날  __________________________________________________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답변이 오지 않으면 ‘확인 대기’로 남깁니다. 섭취 가능 여부가 불분명한 식품은 다른 식품과 구분해 두고 사용을 보류하세요.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이번 주에 할 일과 장보기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일을 정할 때는 먼저 정보가 부족하거나 보관 이력을 확인해야 하는 식재료를 살펴봅니다. 남은 양을 줄이려는 마음 때문에 확인되지 않은 식품을 사용계획에 넣지 마세요.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44"/>
        <w:gridCol w:w="3231"/>
        <w:gridCol w:w="4535"/>
      </w:tblGrid>
      <w:tr>
        <w:trPr>
          <w:cantSplit/>
          <w:tblHeader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식재료 번호</w:t>
            </w:r>
          </w:p>
        </w:tc>
        <w:tc>
          <w:tcPr>
            <w:tcW w:type="dxa" w:w="32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이번에 할 일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이유와 확인 근거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2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 먼저 확인</w:t>
              <w:br/>
              <w:t>□ 보관 안내 재확인</w:t>
              <w:br/>
              <w:t>□ 사용계획에 반영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2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 먼저 확인</w:t>
              <w:br/>
              <w:t>□ 보관 안내 재확인</w:t>
              <w:br/>
              <w:t>□ 사용계획에 반영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2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 먼저 확인</w:t>
              <w:br/>
              <w:t>□ 보관 안내 재확인</w:t>
              <w:br/>
              <w:t>□ 사용계획에 반영</w:t>
            </w:r>
          </w:p>
        </w:tc>
        <w:tc>
          <w:tcPr>
            <w:tcW w:type="dxa" w:w="45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재구매 전에 한 번 더 확인하기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사려고 했던 식재료 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집에 남은 양과 이미 주문한 양  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이번 주 쓸 곳과 필요한 양  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다음 구매에서 확인할 기준 한 가지  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오늘의 결정  □ 이번에는 사지 않음  □ 확인 후 결정</w:t>
        <w:br/>
        <w:t>□ 필요한 양만 구매 검토  □ 다른 용량 비교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결정한 이유  ____________________________________________________________________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사용계획은 조리 준비를 위한 메모입니다. 개인별 섭취량이나 영양 처방이 아니며, 날짜가 가까워도 먹는 양을 억지로 늘리지 않습니다.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일주일 점검계획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매일 할 수 있는 행동 한 가지를 고르고, 아래 표에 그날 살펴볼 대상을 적습니다. 이 표는 혼자 사용하는 생활기록이며, 별도 운영되는 챌린지의 가입이나 과제 제출을 뜻하지 않습니다.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시작일과 마지막 날 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이번 주에 반복할 행동 한 가지  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예: 저녁 식사 준비 전에 사용할 식재료의 보관 안내와 개봉일 메모를 확인한다.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57"/>
        <w:gridCol w:w="4819"/>
        <w:gridCol w:w="2835"/>
      </w:tblGrid>
      <w:tr>
        <w:trPr>
          <w:cantSplit/>
          <w:tblHeader/>
        </w:trPr>
        <w:tc>
          <w:tcPr>
            <w:tcW w:type="dxa" w:w="17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날짜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그날 살펴볼 대상과 할 일</w:t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끝났다고 볼 기준</w:t>
            </w:r>
          </w:p>
        </w:tc>
      </w:tr>
      <w:tr>
        <w:trPr>
          <w:cantSplit/>
        </w:trPr>
        <w:tc>
          <w:tcPr>
            <w:tcW w:type="dxa" w:w="17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1일차</w:t>
              <w:br/>
              <w:t>____월 ____일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7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2일차</w:t>
              <w:br/>
              <w:t>____월 ____일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7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3일차</w:t>
              <w:br/>
              <w:t>____월 ____일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7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4일차</w:t>
              <w:br/>
              <w:t>____월 ____일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7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5일차</w:t>
              <w:br/>
              <w:t>____월 ____일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7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6일차</w:t>
              <w:br/>
              <w:t>____월 ____일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7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7일차</w:t>
              <w:br/>
              <w:t>____월 ____일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</w:tbl>
    <w:p>
      <w:pPr>
        <w:spacing w:after="0"/>
        <w:snapToGrid w:val="0"/>
      </w:pP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기록할 시간과 장소 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함께 확인할 사람이 있다면  ____________________________________________________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하루를 놓치면 다음 날부터 이어 갑니다. 비워 둔 칸을 실천한 것처럼 채우지 않습니다.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하루 기록 1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실제로 한 일과 남은 일을 짧게 씁니다. 점검한 개수보다 무엇을 확인했는지가 중요합니다.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1일차   ____월 ____일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실행  □ 일부 실행  □ 미실행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오늘 확인하거나 사용한 식재료 번호  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실제로 한 일과 확인한 내용  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막힌 점 또는 다음에 할 일  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2일차   ____월 ____일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실행  □ 일부 실행  □ 미실행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오늘 확인하거나 사용한 식재료 번호  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실제로 한 일과 확인한 내용  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막힌 점 또는 다음에 할 일  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3일차   ____월 ____일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실행  □ 일부 실행  □ 미실행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오늘 확인하거나 사용한 식재료 번호  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실제로 한 일과 확인한 내용  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막힌 점 또는 다음에 할 일  __________________________________________________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하루 기록 2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실제로 한 일과 남은 일을 짧게 씁니다. 점검한 개수보다 무엇을 확인했는지가 중요합니다.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4일차   ____월 ____일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실행  □ 일부 실행  □ 미실행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오늘 확인하거나 사용한 식재료 번호  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실제로 한 일과 확인한 내용  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막힌 점 또는 다음에 할 일  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5일차   ____월 ____일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실행  □ 일부 실행  □ 미실행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오늘 확인하거나 사용한 식재료 번호  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실제로 한 일과 확인한 내용  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막힌 점 또는 다음에 할 일  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6일차   ____월 ____일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실행  □ 일부 실행  □ 미실행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오늘 확인하거나 사용한 식재료 번호  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실제로 한 일과 확인한 내용  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막힌 점 또는 다음에 할 일  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7일차   ____월 ____일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실행  □ 일부 실행  □ 미실행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오늘 확인하거나 사용한 식재료 번호  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실제로 한 일과 확인한 내용  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막힌 점 또는 다음에 할 일  __________________________________________________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일주일 뒤 결과를 정리하세요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목록, 질문 기록, 하루 기록을 함께 봅니다. 구입하거나 버린 양이 많다고 점검을 잘한 것은 아닙니다. 새로 확인한 사실과 계속할 행동을 남기세요.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1  이번에 직접 확인한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제품 표시나 구매기록에서 확인한 사실  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2  아직 확인하지 못한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식재료 번호와 남은 질문  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3  새롭게 알게 된 점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전에는 몰랐던 우리 집의 사용 습관  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4  다음에 확인할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대상과 확인할 사람 또는 자료  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다시 확인할 날  ________________________________________________________________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5  오늘부터 계속할 한 가지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언제 무엇을 할지  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안전성이나 건강상태를 점수로 판정하지 않습니다. 사용이 보류된 식품의 상태가 저절로 확인되는 것도 아닙니다. 남은 질문은 답과 근거를 확인할 때까지 유지합니다.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우리 집 활식 첫 계획 준비하기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앞에서 적은 내용을 아래 다섯 칸으로 옮겨 정리하면 무료강의 5강의 실습에 그대로 사용할 수 있습니다. 여기서 ‘활식’은 섬내음의 식생활 학습과 실천을 가리키는 표현입니다.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계속 사용할 식재료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현재 확인한 정보와 보관 안내를 바탕으로 사용계획에 넣을 대상을 적습니다. 이 선택 자체가 섭취 가능 여부를 보증하지는 않습니다.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식재료와 그 이유  ______________________________________________________________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먼저 확인할 식재료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식재료와 남은 질문 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확인할 곳과 날짜  ______________________________________________________________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바꾸고 싶은 식재료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없다면 ‘없음’이라고 적으세요. 바꾸는 이유는 용량, 쓰임, 정보 확인 여부처럼 구체적으로 씁니다.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식재료와 이유  __________________________________________________________________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가족과 대화할 내용 한 가지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함께 정하고 싶은 사용 또는 보관 습관  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7일 동안 실천할 행동 한 가지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언제 무엇을 어떻게 기록할지  __________________________________________________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예: 새로 여는 식재료는 그날 날짜를 메모하고 원포장 사진을 남긴다. 이 페이지는 강의 실습에 가져갈 개인 기록이며, 제출이나 회원가입은 필수가 아닙니다.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247" w:bottom="964" w:left="1247" w:header="454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 w:cs="Noto Sans CJK KR"/>
        <w:color w:val="000000"/>
        <w:sz w:val="16"/>
      </w:rPr>
      <w:t xml:space="preserve">R03 V1.0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KR" w:hAnsi="Noto Sans CJK KR" w:eastAsia="Noto Sans CJK KR" w:cs="Noto Sans CJK KR"/>
        <w:color w:val="000000"/>
        <w:sz w:val="16"/>
      </w:rPr>
      <w:t>믿고 먹는 섬내음     고객교육자료 R03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0" w:lineRule="exact" w:after="120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400" w:lineRule="exact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400" w:lineRule="exact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 w:eastAsia="Noto Sans CJK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우리 집 식재료 목록</dc:title>
  <dc:subject>믿고 먹는 섬내음 고객교육자료 R03</dc:subject>
  <dc:creator>한영인컨설팅그룹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