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제품 비교표 1  제품과 원재료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용도로 비교할 제품 두 개를 고르세요. 원포장 또는 현재 판매분의 표시사진을 보고 적습니다. 포장이 길면 사진 이름을 남겨도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확인일 ______________   비교하려는 용도 __________________</w:t>
        <w:br/>
        <w:t>정보 출처  A __________________   B 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제품명과 내용량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전체 원재료명</w:t>
              <w:br/>
              <w:t>괄호 포함 또는</w:t>
              <w:br/>
              <w:t>사진 이름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맨 앞 원재료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원료와</w:t>
              <w:br/>
              <w:t>표시된 함량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원료별 원산지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제조원과 판매원</w:t>
              <w:br/>
              <w:t>역할 구분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두 제품 모두 원료와 원산지를 짝지어 적었습니다.</w:t>
        <w:br/>
        <w:t>□ 읽지 못한 정보는 미확인으로 남겼습니다.</w:t>
        <w:br/>
        <w:t>□ 원재료 수만으로 품질순위를 매기지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찾지 못함과 해당 없음은 다릅니다. 해당 없음으로 적었다면 이유도 남기세요. 다음 장에서 날짜와 보관방법, 주의문구를 이어서 확인합니다.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두 제품 비교표 2  날짜와 보관과 주의사항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A 제품명 __________________   B 제품명 __________________</w:t>
        <w:br/>
        <w:t>확인일 ______________   포장 뚜껑과 바닥도 살펴보세요.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명칭과</w:t>
              <w:br/>
              <w:t>실제 날짜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 보관방법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개봉일과</w:t>
              <w:br/>
              <w:t>현재 보관장소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</w:t>
              <w:br/>
              <w:t>함유표시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제조시설 관련</w:t>
              <w:br/>
              <w:t>주의문구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우선 확인할</w:t>
              <w:br/>
              <w:t>항목과 이유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________________________________</w:t>
              <w:br/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현재 보관방법이 맞나요?</w:t>
        <w:br/>
        <w:t>A  □ 맞음   □ 다름   □ 판단 어려움   □ 미구매</w:t>
        <w:br/>
        <w:t>B  □ 맞음   □ 다름   □ 판단 어려움   □ 미구매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미구매 제품의 개봉일은 “해당 없음, 미구매”로 씁니다. 이미 개봉했지만 날짜를 모르면 “개봉일 모름”이라고 씁니다. 날짜가 남았다는 사실만으로 안전하다고 판단하지 않습니다. 보관이 어긋났거나 상태가 의심되면 사용 전에 확인합니다.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비교결과와 오늘 할 일을 남기세요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제품에서 읽은 정보를 바탕으로 작성하세요. 확인하지 못한 항목은 결론에 끼워 넣지 않습니다. 기록은 보관하되 개인의 건강정보를 제출할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공통으로 확인한 점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서로 다르게 표시된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항목 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확인하지 못한 이유 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달랐던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물어볼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제품명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 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날 __________   받은 답과 날짜 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표시사진 다시 찍기   □ 보관안내 확인하기</w:t>
        <w:br/>
        <w:t>□ 다음 개봉일부터 날짜 적기   □ 질문 하나 보내기   □ 직접 정하기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 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지금의 결정  □ 확인을 더한 뒤 결정   □ 필요한 양 다시 검토</w:t>
        <w:br/>
        <w:t>□ 현재 제품의 정보를 계속 기록   □ 기타 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결과는 안전등급이나 건강진단이 아닙니다. 확인 개수와 원재료 수로 순위를 만들지 않습니다. 남은 질문 하나를 가지고 다음 무료강의 2강으로 이어가세요.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R04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제품 비교표 1  제품과 원재료</dc:title>
  <dc:subject>믿고 먹는 섬내음 고객교육자료 R04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