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20" w:after="280" w:line="80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58"/>
        </w:rPr>
        <w:t>소금 고르기 전</w:t>
        <w:br/>
        <w:t>확인할 10가지 질문</w:t>
      </w:r>
    </w:p>
    <w:p>
      <w:pPr>
        <w:spacing w:after="400"/>
        <w:snapToGrid w:val="0"/>
      </w:pPr>
      <w:r>
        <w:rPr>
          <w:rFonts w:ascii="Noto Sans CJK KR" w:hAnsi="Noto Sans CJK KR" w:eastAsia="Noto Sans CJK KR" w:cs="Noto Sans CJK KR"/>
          <w:color w:val="000000"/>
          <w:sz w:val="26"/>
        </w:rPr>
        <w:t>종류와 원료부터 생산과정과 구매 이유까지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이름도 가격도 다양한 소금 앞에서 무엇을 먼저 볼지 막막하다면, 제품 하나를 골라 열 가지 질문을 해 보세요. 포장에 있는 사실과 판매 설명, 아직 확인하지 못한 내용을 나누어 기록합니다.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자료를 마치면 내가 쓸 목적, 제품에서 확인한 차이, 판매자에게 물어볼 질문과 오늘의 구매결정이 남습니다. 특정 소금을 정답으로 정하거나 건강효과를 약속하지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읽는 순서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2쪽  준비와 소금 종류 이해</w:t>
        <w:br/>
        <w:t>3~7쪽  구매 전에 확인할 열 가지 질문</w:t>
        <w:br/>
        <w:t>8~9쪽  두 제품을 비교한 작성 예시</w:t>
        <w:br/>
        <w:t>10~11쪽  직접 기록하고 결과 정리</w:t>
        <w:br/>
        <w:t>12쪽  다음 무료강의 안내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예상 이용시간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설명 읽기 15~20분, 한 제품 점검 10~15분을 예상합니다. 자료를 찾거나 판매자 답변을 기다리는 시간은 별도입니다. 펜과 실제 포장 또는 제품정보 사진을 준비하세요.</w:t>
      </w:r>
    </w:p>
    <w:p>
      <w:pPr>
        <w:spacing w:before="32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6"/>
        </w:rPr>
        <w:t>믿고 먹는 섬내음</w:t>
        <w:br/>
        <w:t>정포크라테스 정영숙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고객교육자료 R05  |  2026년 10월 17일  |  V1.0</w:t>
        <w:br/>
        <w:t>기획 및 편집  한영인컨설팅그룹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먹는 소금인지부터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식용 제품인지 확인하고 제품명, 내용량, 식품유형, 원재료명과 업체 정보를 찾습니다. 입욕용이나 공업용 등 다른 용도의 소금과 혼동하지 마세요. 원포장이 없고 용도를 알 수 없다면 식용으로 사용하지 말고 먼저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유형 이름은 제조방법을 이해하는 출발점입니다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아래는 식품의약품안전처의 소비자 안내를 바탕으로 풀어 쓴 설명입니다. 개별 제품의 정확한 유형은 표시사항에서 확인하세요. 이 표의 순서는 품질이나 건강효과의 순위가 아닙니다.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유형 이름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이해를 돕는 설명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천일염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염전에서 바닷물이 자연 증발하며 얻는 소금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재제소금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 소금을 녹여 여과한 뒤 다시 결정화하는 소금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태움 용융소금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 소금에 가열 등의 처리를 한 소금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정제소금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정제 과정을 거쳐 얻는 소금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기타소금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암염이나 호수염 등과 관련해 확인할 수 있는 유형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가공소금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다른 식품이나 식품첨가물을 더해 가공한 소금</w:t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유형의 전체 법적 정의를 옮긴 표는 아닙니다. 태움·용융소금 등 실제 표기에 기호가 있으면 그대로 기록하세요. 세부 공정은 제품별로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자료를 찾는 순서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 앞면을 본 뒤 옆면과 뒷면의 표시를 읽습니다. 필요한 내용이 공식 상품설명이나 표시정보용 QR에 있다면 같은 제품인지 확인하세요. 판매처에 물었을 때는 답변일과 무엇에 대한 답인지 함께 남깁니다.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이미 작성한 점검표가 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R01이나 R04에서 기록한 제품정보를 가져와도 됩니다. 이 자료에서는 소금의 생산·가공 과정, 기간 설명, 검사자료와 구매 이유를 더 살펴봅니다. 새 제품을 사야 실습할 수 있는 것은 아닙니다.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01  어떤 음식에 얼마나 자주 쓰나요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소금은 사용할 음식과 우리 집의 남은 양을 먼저 정해 두면 용량을 비교하기 쉽습니다. 쓰임을 모르고 큰 포장을 사면 가격만 보고 선택하기 쉽습니다.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구입하려는 이유, 사용할 음식, 집에 남은 양을 적습니다. 조리법에서 요구하는 입자나 계량방식이 있는지도 살펴봅니다.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국에 쓸 소금을 고르던 고객이 집에 같은 용도의 미개봉 소금이 있어 구매를 미뤘습니다.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굵기나 색만으로 안전성이나 건강효과를 판단하지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사용할 곳이 정해지지 않았다면 장바구니에 넣기 전에 집의 재고부터 확인하세요.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쓸 음식과 집에 남은 양 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02  제품명과 식품유형을 구분했나요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앞면에 크게 적힌 이름과 식품유형은 다를 수 있습니다. 제품을 정확히 구별해야 다른 소금과 같은 기준으로 비교할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뒷면이나 옆면의 제품정보에서 식품유형을 찾아 그대로 적습니다. 온라인 설명은 제품명과 용량까지 같은지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‘구운’이라는 이름을 보고 유형을 짐작했지만, 실제 기록은 표시된 ‘가공소금’으로 남겼습니다.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익숙한 이름만으로 천일염, 정제소금 등의 유형을 확정하지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‘유형 미확인’이라고 적고 식용 제품인지와 표시정보를 판매자에게 확인하세요.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제품명과 표시된 식품유형  ______________________________________________________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03  무엇이 들어 있고 비율은 어떤가요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소금이라는 이름이 같아도 다른 식품을 더한 제품이 있을 수 있습니다. 원료 구성과 표시된 비율을 알아야 원하는 쓰임과 맞는지 살펴볼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‘원재료명’ 또는 ‘원재료명 및 함량’을 끝까지 읽습니다. 괄호 안 원료도 확인하고, 비율이 제품 전체 기준인지 특정 원료 안의 비율인지 구분합니다.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함초가 앞면에 보이더라도 원재료란의 함초분말 비율을 따로 적었습니다.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재료 수가 적거나 익숙하다는 이유만으로 품질이나 안전성을 판정하지 않습니다. 알레르기 표시도 필요한 경우 별도로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흐린 사진은 다시 요청하고, 원료와 함량을 알 수 없는 상태에서는 임의로 100%라고 쓰지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원료와 표시된 함량  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04  원료 산지와 업체 역할을 나눴나요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원료가 온 곳, 제품을 만든 곳, 판매하는 곳은 각각 다른 정보입니다. 회사 주소 하나로 이 세 가지를 대신할 수 없습니다.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원재료 옆 산지 표시와 제조원, 판매원 이름을 각각 찾습니다. 수입품은 한글표시의 수입업소 정보도 구분해 기록합니다.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국내 판매업체 주소가 있지만 원료 소금은 다른 국가로 표시돼 있어 두 정보를 나눠 적었습니다.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한 원료의 국산 표시를 모든 원료의 산지로 넓혀 읽지 않습니다. 나라 이름만으로 품질 순위를 매기지도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확인한 원료와 미확인 원료를 나누고 판매처에 해당 제품의 원료 산지를 묻습니다.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원료 산지와 제조 또는 판매업체  ______________________________________________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05  생산과 가공에서 실제로 한 일은 무엇인가요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자연 증발, 다시 녹여 결정화, 가열, 다른 원료의 첨가처럼 실제 작업을 알아야 제품 설명을 이해할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포장과 상품 설명에서 작업 이름을 찾고 원료 생산과 이후 가공을 나눠 적습니다. 필요하면 해당 제품의 공정 설명을 요청합니다.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‘정성껏 만든 소금’이라는 문장 대신 원료 소금을 어떤 방법으로 처리했는지 물었습니다.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손으로 만든다는 설명이나 가열했다는 사실만으로 더 안전하거나 건강하다고 단정하지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공정이 공개되지 않았다면 ‘공정 미확인’으로 둡니다. 다른 업체의 제조 영상을 대신 근거로 쓰지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작업과 설명 출처 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06  숙성이라는 시간은 무엇을 센 것인가요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생산 후 보관한 기간, 특정 원료를 처리한 기간, 완제품을 만든 뒤의 기간은 다릅니다. ‘오래’라는 말보다 시작과 끝을 확인해야 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무엇을 언제부터 언제까지 어떤 조건에서 두었는지 묻습니다. ‘발효’라는 설명은 어느 원료와 단계에 해당하는지도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‘3년 숙성’이라는 문구를 보고 원료 소금의 보관기간인지 완제품의 기간인지 질문했습니다.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소금이 오래됐다고 자동으로 발효된 것은 아닙니다. 기간이 길다는 설명만으로 건강상 우월성을 결론 내리지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기간의 기준이 불분명하면 ‘판매 설명만 확인, 시작·종료 미확인’으로 적습니다.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기간이 가리키는 대상과 시작 및 끝  __________________________________________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07  검사자료는 이 제품에 대한 자료인가요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시험 결과는 무엇을 언제 검사했는지와 함께 읽어야 합니다. 사진에 ‘적합’이라는 글자가 보이는 것만으로 내가 살 제품의 모든 특성이 확인되지는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제품 또는 시료명, 검사일, 검사기관, 검사한 항목, 결과를 읽습니다. 자료의 제품과 구매할 제품이 연결되는지 판매처에 묻습니다.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오래된 성적서 사진에서 시료명을 읽을 수 없어 전체 자료와 해당 상품과의 관계를 요청했습니다.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일부 항목 검사 결과를 모든 위해요소의 부재나 치료효과로 확대하지 않습니다. 자료를 못 받았다고 곧바로 불량이라고 단정하지도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읽을 수 없는 부분을 적고 필요한 범위의 자료를 요청합니다. 확인 전에는 검사 완료로 체크하지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자료의 대상과 아직 확인할 점 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08  성분 수치의 단위와 기준량이 같나요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성분 이름과 숫자를 비교하려면 mg인지 g인지, 제품 몇 g에 대한 수치인지 알아야 합니다. 숫자만 크거나 작다고 판단하지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제시된 나트륨이나 특정 성분 수치에서 기준량, 단위, 자료의 대상을 함께 적습니다. 같은 기준으로 환산할 수 있을 때만 비교합니다.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A의 1g당 390mg과 B의 100g당 33,000mg은 그대로 비교하지 않습니다. B를 1g당으로 바꾸면 330mg입니다.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‘미네랄’이라는 말만으로 구체적인 함량이나 건강효과가 확인되지는 않습니다. 계산용 1g은 권장 섭취량이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수치가 없으면 0으로 적지 않고 ‘미확인’으로 둡니다. 소금에서 영양표를 못 찾았다는 이유만으로 표시 위반이라고 판단하지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성분 이름과 기준량 및 단위  __________________________________________________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09  날짜와 개봉 후 보관 안내를 읽었나요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날짜에는 생산, 제조, 포장 등 서로 다른 의미가 있습니다. 보관은 실제 제품의 안내를 읽고 집에서 지킬 수 있는지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날짜의 이름을 함께 옮기고 보관방법과 개봉 후 문구를 찾습니다. 둘 장소, 닫아 둘 방법, 소분할 때 남길 표시를 정합니다.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생산연도를 제조일과 같은 것으로 적지 않았고, 통에 덜기 전에 원포장 사진을 남겼습니다.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날짜가 없거나 오래 보관할 수 있다는 설명을 보고 무조건 계속 사용해도 된다고 결론 내리지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보관 안내가 보이지 않으면 판매처에 묻습니다. 기존 제품이 오염됐거나 상태가 의심되면 맛으로 시험하지 말고 사용을 보류합니다.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날짜의 이름과 보관할 곳 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10  가격과 필요한 양을 함께 비교했나요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봉지 가격만 보면 용량 차이를 놓칩니다. 같은 무게의 가격, 총 결제금액, 내가 쓸 양을 함께 봐야 구매 이유를 적을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확인방법  상품가격을 내용량(g)으로 나누고 100을 곱해 100g당 가격을 구합니다. 배송비 포함 여부를 맞추고, 다른 원료 구성은 따로 비교합니다.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  500g 5,000원은 100g당 1,000원입니다. 더 큰 포장의 단위가격이 낮아도 남은 재고가 있으면 이번 구매를 보류할 수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놓치기 쉬운 점  단위가격이 낮으면 무조건 이득이거나, 비싸면 품질이 더 좋다는 뜻은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찾지 못했다면  가격이나 용량이 불분명하면 계산을 멈추고 확인합니다. 남은 질문에 답을 받은 뒤 결정해도 됩니다.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가격 비교 후 오늘 내릴 결정  ________________________________________________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1  표시와 설명을 나눠 적기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다음 두 쪽은 전부 가상 예시입니다. 제품, 가격, 업체, 표시문구와 판매 설명은 학습용이며 실제 섬내음 상품이나 검사 결과가 아닙니다. 포장의 일부 정보만 가정했으므로 완전한 표시 견본으로 사용하지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목적: 구입 전 비교 연습. 집에 조리용 소금이 약 100g 남아 있어 당장 구매하지 않아도 되는 상황입니다.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3713"/>
        <w:gridCol w:w="3713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질문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연습용 소금 A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연습용 소금 B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 용도와 양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국과 나물용으로 검토</w:t>
              <w:br/>
              <w:t>남은 소금 약 100g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같은 용도로 검토</w:t>
              <w:br/>
              <w:t>향을 더할지는 미정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 제품과 유형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A 500g</w:t>
              <w:br/>
              <w:t>식품유형 천일염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B 200g</w:t>
              <w:br/>
              <w:t>식품유형 가공소금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 원료와 함량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천일염 100%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천일염 95%, 함초분말 5%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 산지와 업체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천일염 국산</w:t>
              <w:br/>
              <w:t>제조원 연습제조소 A</w:t>
              <w:br/>
              <w:t>판매원 연습판매처 S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천일염 국산</w:t>
              <w:br/>
              <w:t>함초분말 산지 미확인</w:t>
              <w:br/>
              <w:t>제조원 연습제조소 B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 공정 설명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 설명: 자연 증발 후 선별</w:t>
              <w:br/>
              <w:t>상세 공정자료 미확인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 설명: 원료 혼합 후 포장</w:t>
              <w:br/>
              <w:t>세부 작업조건 미확인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 기간 설명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 문구: 3년 보관</w:t>
              <w:br/>
              <w:t>시작과 종료 시점 미확인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기간 설명 찾지 못함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같은 점과 다른 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둘 다 원료 소금은 천일염으로 적혀 있지만 제품의 식품유형과 원료 구성은 다릅니다. B의 함초분말 원산지는 확인하지 못했으므로 제품 전체를 ‘국산 원료만 사용’이라고 정리하지 않았습니다.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표시와 판매 설명의 차이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원재료와 유형은 가정한 포장 표시를 옮겼습니다. 작업과 보관기간은 판매 설명으로 확인한 범위이며 별도 자료까지 확인한 사실처럼 적지 않았습니다.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2  남은 질문과 구매결정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3713"/>
        <w:gridCol w:w="3713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질문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연습용 소금 A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연습용 소금 B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 검사자료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읽을 수 있는 자료를 받지 못함</w:t>
              <w:br/>
              <w:t>미확인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검사 사진의 시료명이 잘림</w:t>
              <w:br/>
              <w:t>이 제품 자료인지 미확인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 나트륨 수치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가상 제시값 1g당 390mg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가상 제시값 100g당 33,000mg</w:t>
              <w:br/>
              <w:t>1g당으로 환산하면 330mg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 날짜와 보관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생산연도 2023년</w:t>
              <w:br/>
              <w:t>서늘하고 건조한 곳</w:t>
              <w:br/>
              <w:t>개봉 후 밀봉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제조일자 2026.09.01</w:t>
              <w:br/>
              <w:t>서늘하고 건조한 곳</w:t>
              <w:br/>
              <w:t>개봉 후 밀봉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 가격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500g 5,000원</w:t>
              <w:br/>
              <w:t>100g당 1,000원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200g 4,000원</w:t>
              <w:br/>
              <w:t>100g당 2,000원</w:t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성분 수치와 가격은 계산을 위한 가정값입니다. 두 가격 모두 배송비를 제외했습니다. 1g은 비교 단위이며 섭취 권장량이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결과는 이렇게 적었습니다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확인한 것: 식품유형, 원료 구성, 같은 무게의 가격이 달랐습니다.</w:t>
        <w:br/>
        <w:t>미확인: A의 3년 보관 기준과 B의 검사자료 대상입니다.</w:t>
        <w:br/>
        <w:t>알게 된 점: 생산연도만으로 정확히 3년을 보관했는지 알 수 없습니다.</w:t>
        <w:br/>
        <w:t>다음 확인: 판매처에 기간의 시작과 끝, 자료의 제품명을 묻겠습니다.</w:t>
        <w:br/>
        <w:t>오늘 할 일: 집에 남은 양부터 확인하고 두 제품의 구매는 보류합니다.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짧은 확인문제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1. B의 나트륨이 33,000mg이므로 A보다 많다고 바로 말할 수 있나요?</w:t>
        <w:br/>
        <w:t>2. A가 2023년 생산이면 3년 보관의 시작과 끝이 확인된 것인가요?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답 1. 아닙니다. 기준량을 맞추면 이 예시에서 B는 1g당 330mg입니다. 이 수치만으로 제품 전체의 우열을 판단하지 않습니다.</w:t>
        <w:br/>
        <w:t>답 2. 아닙니다. 연도 외에 기간의 대상과 시작·종료, 관리조건을 확인해야 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소금 열 가지 질문 기록지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한 제품만 점검해도 됩니다. 두 제품을 비교한다면 같은 쓰임을 기준으로 기록하세요. 포장, 상품설명, 판매자 답변 중 어디에서 확인했는지도 짧게 붙입니다. 모르는 항목은 ‘미확인’으로 남깁니다.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점검일 __________  내 사용목적 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 A ____________________  제품 B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3345"/>
        <w:gridCol w:w="3345"/>
      </w:tblGrid>
      <w:tr>
        <w:trPr>
          <w:cantSplit/>
          <w:tblHeader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질문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A의 확인 내용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B의 확인 내용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 용도와 필요한 양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 제품명과 식품유형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 원재료와 함량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 원료 산지와 업체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 생산 및 가공 작업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 기간의 대상과 기준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 검사자료의 대상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 성분과 기준량 및 단위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 날짜와 보관 안내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 가격과 구매결정</w:t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기록은 제품 등급이나 건강효과를 판정하는 점수표가 아닙니다. 원료 구성이 다르면 단위가격만으로 우열을 정하지 않습니다. 긴 원재료명은 포장사진 위치를 적어도 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확인한 사실로 다음 행동을 정하세요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확인한 항목의 수보다 남은 질문의 내용이 중요합니다. 아래 다섯 칸을 적고 오늘 할 행동 하나를 고르세요.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오늘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제품과 직접 읽은 정보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항목과 확인하지 못한 이유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예상과 달랐거나 구분하게 된 내용  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다음에 확인할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물을지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확인할 날과 답변을 남길 곳 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오늘부터 실천할 한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집의 재고 확인  □ 판매처에 질문  □ 필요한 용량 다시 비교</w:t>
        <w:br/>
        <w:t>□ 정보를 확인한 뒤 구매 검토  □ 이번에는 구매하지 않음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선택한 행동과 이유  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보낼 질문을 한 문장으로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제품명과 용량 및 확인할 사항 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예: “제품 ○○ 500g의 ‘3년 숙성’은 어느 원료를 언제부터 언제까지 둔 기간인가요? 해당 제품의 공정 설명도 확인하고 싶습니다.”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다음에는 음식에 쓰인 시간을 살펴봅니다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소금의 생산연도, 보관기간, 가공한 날짜를 나누어 적어 보셨나요? 다음 강의에서는 음식 설명에 등장하는 제철, 발효, 숙성, 건조의 시간이 각각 무엇을 뜻하는지 이어서 배웁니다.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진짜 음식 첫걸음</w:t>
        <w:br/>
        <w:t>무료강의 3강</w:t>
        <w:br/>
        <w:t>제철, 발효, 숙성, 건조의 시간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기록을 가져가세요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질문 5와 6에 쓴 실제 작업과 기간의 기준을 곁에 두세요. 어떤 원료를 어떤 조건에서 다뤘는지, 확인한 자료가 무엇인지 살펴보면 ‘오래 만들었다’는 설명을 더 구체적으로 이해할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무료강의 3강 수강 안내를 확인해 주세요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자료와 함께 받은 강의 안내에서 3강을 찾아보세요. 안내를 받지 못했다면 자료를 보내 준 섬내음 담당자에게 “무료강의 3강 제철, 발효, 숙성, 건조의 시간 수강방법을 알려 주세요”라고 문의하시면 됩니다. 아직 공개 전이라면 공개 일정과 수강방법을 확인해 주세요.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강의에서 확인할 내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생산과정이나 기간에 관해 궁금한 점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섬내음의 ‘진짜 음식’은 고객이 식품을 이해하고 고르는 기준을 설명하는 브랜드 표현입니다. 특정 소금이 질병을 예방하거나 치료한다는 뜻으로 사용하지 않습니다.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참고  식품의약품안전처 「식품등의 표시기준」 제2026-37호, 「수입 식염은 어느 나라에서 들어올까」 소비자 안내, 국립농산물품질관리원 「원산지 표시 관리」. 확인일 2026.10.17. 세부 출처는 별도 제작기록에 수록했습니다.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믿고 먹는 섬내음  |  정포크라테스 정영숙</w:t>
        <w:br/>
        <w:t>R05 V1.0  |  기획 및 편집 한영인컨설팅그룹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R05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소금 고르기 전 확인할 10가지 질문</dc:title>
  <dc:subject>믿고 먹는 섬내음 고객교육자료 R05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