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소금 확인카드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 하나를 골라 포장과 상품정보를 읽습니다. 확인한 내용의 출처를 붙이고 모르는 것은 ‘미확인’으로 남기세요. 두 제품을 비교할 때는 같은 사용목적을 기준으로 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726"/>
      </w:tblGrid>
      <w:tr>
        <w:trPr>
          <w:cantSplit/>
          <w:tblHeader/>
        </w:trPr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구매 전 질문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남길 기록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01 어디에 쓰나요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사용할 음식, 집에 남은 양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02 어떤 유형인가요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정확한 제품명, 내용량, 표시된 식품유형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03 무엇이 들어 있나요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원재료 전체와 표시된 함량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04 어디서 누가 만들었나요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원료별 산지, 제조자와 판매자 역할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05 어떤 작업을 했나요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생산과 가공 작업, 설명을 확인한 곳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06 기간은 무엇을 뜻하나요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대상 원료, 시작과 끝, 관리조건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07 자료는 이 제품 것인가요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시료명, 검사일, 기관, 항목과 결과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08 성분 수치를 비교할 수 있나요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성분 이름, 기준량, 단위, 자료 대상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09 날짜와 보관은 확인했나요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날짜의 이름, 개봉 후 안내, 보관할 곳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 지금 얼마만큼 필요한가요</w:t>
            </w:r>
          </w:p>
        </w:tc>
        <w:tc>
          <w:tcPr>
            <w:tcW w:type="dxa" w:w="572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100g당 가격, 총 결제금액, 필요한 양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100g당 가격 = 상품가격 ÷ 내용량(g) × 100</w:t>
        <w:br/>
        <w:t>표시가 없는 성분은 0으로 적지 않습니다. 원료 구성과 배송조건이 다르면 가격만으로 우열을 정하지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남은 질문  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확인할 곳과 다음 행동  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무료강의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3강 「제철, 발효, 숙성, 건조의 시간」 수강 안내를 확인해 주세요. 안내가 없다면 자료를 보내 준 섬내음 담당자에게 문의하세요.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체크 수나 소금의 종류로 안전성·건강효과를 판정하지 않습니다.</w:t>
        <w:br/>
        <w:t>믿고 먹는 섬내음  |  정포크라테스 정영숙  |  R05 요약본 V1.0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R05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소금 확인카드</dc:title>
  <dc:subject>믿고 먹는 섬내음 고객교육자료 R05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