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소금 열 가지 질문 기록지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한 제품만 점검해도 됩니다. 두 제품을 비교한다면 같은 쓰임을 기준으로 기록하세요. 포장, 상품설명, 판매자 답변 중 어디에서 확인했는지도 짧게 붙입니다. 모르는 항목은 ‘미확인’으로 남깁니다.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점검일 __________  내 사용목적 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제품 A ____________________  제품 B 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21"/>
        <w:gridCol w:w="3345"/>
        <w:gridCol w:w="3345"/>
      </w:tblGrid>
      <w:tr>
        <w:trPr>
          <w:cantSplit/>
          <w:tblHeader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질문</w:t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제품 A의 확인 내용</w:t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제품 B의 확인 내용</w:t>
            </w:r>
          </w:p>
        </w:tc>
      </w:tr>
      <w:tr>
        <w:trPr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01 용도와 필요한 양</w:t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02 제품명과 식품유형</w:t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03 원재료와 함량</w:t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04 원료 산지와 업체</w:t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05 생산 및 가공 작업</w:t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06 기간의 대상과 기준</w:t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07 검사자료의 대상</w:t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08 성분과 기준량 및 단위</w:t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09 날짜와 보관 안내</w:t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10 가격과 구매결정</w:t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</w:tbl>
    <w:p>
      <w:pPr>
        <w:spacing w:after="0"/>
        <w:snapToGrid w:val="0"/>
      </w:pP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이 기록은 제품 등급이나 건강효과를 판정하는 점수표가 아닙니다. 원료 구성이 다르면 단위가격만으로 우열을 정하지 않습니다. 긴 원재료명은 포장사진 위치를 적어도 됩니다.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확인한 사실로 다음 행동을 정하세요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확인한 항목의 수보다 남은 질문의 내용이 중요합니다. 아래 다섯 칸을 적고 오늘 할 행동 하나를 고르세요.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1  오늘 확인한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제품과 직접 읽은 정보  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2  아직 확인하지 못한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항목과 확인하지 못한 이유  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3  새롭게 알게 된 점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예상과 달랐거나 구분하게 된 내용  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4  다음에 확인할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누구에게 무엇을 물을지  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확인할 날과 답변을 남길 곳  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5  오늘부터 실천할 한 가지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집의 재고 확인  □ 판매처에 질문  □ 필요한 용량 다시 비교</w:t>
        <w:br/>
        <w:t>□ 정보를 확인한 뒤 구매 검토  □ 이번에는 구매하지 않음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선택한 행동과 이유  ____________________________________________________________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보낼 질문을 한 문장으로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제품명과 용량 및 확인할 사항  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예: “제품 ○○ 500g의 ‘3년 숙성’은 어느 원료를 언제부터 언제까지 둔 기간인가요? 해당 제품의 공정 설명도 확인하고 싶습니다.”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247" w:bottom="964" w:left="1247" w:header="454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 w:cs="Noto Sans CJK KR"/>
        <w:color w:val="000000"/>
        <w:sz w:val="16"/>
      </w:rPr>
      <w:t xml:space="preserve">R05 V1.0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KR" w:hAnsi="Noto Sans CJK KR" w:eastAsia="Noto Sans CJK KR" w:cs="Noto Sans CJK KR"/>
        <w:color w:val="000000"/>
        <w:sz w:val="16"/>
      </w:rPr>
      <w:t>믿고 먹는 섬내음     고객교육자료 R05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0" w:lineRule="exact" w:after="120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400" w:lineRule="exact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400" w:lineRule="exact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 w:eastAsia="Noto Sans CJK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내 소금 열 가지 질문 기록지</dc:title>
  <dc:subject>믿고 먹는 섬내음 고객교육자료 R05</dc:subject>
  <dc:creator>한영인컨설팅그룹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