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된장과 간장을</w:t>
        <w:br/>
        <w:t>고를 때 확인할 것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식품유형과 원료에서 제조과정과 숙성기간까지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장을 살 때마다 익숙한 이름과 가격부터 보게 되나요? 이 안내서는 포장에 적힌 유형을 읽고, 원료가 어떤 과정을 거쳐 장이 되었는지 확인하는 방법을 알려드립니다.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집에 있는 된장이나 간장 한 가지로 시작하세요. 비교할 제품이 있으면 함께 살펴보고, 확인한 사실과 아직 남은 질문을 나누어 적습니다.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자료를 마치면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제품명과 식품유형을 구분할 수 있습니다. 발효와 숙성에 관한 설명에서 더 물어볼 내용을 찾고, 우리 집에서 사용할 장을 고를 때 필요한 기준을 남길 수 있습니다.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고객교육자료 R06 | 2026년 10월 17일 | V1.0</w:t>
        <w:br/>
        <w:t>기획, 집필, 편집: 한영인컨설팅그룹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일반 소비자를 위한 장류 선택 안내서입니다. 제품별 안전등급이나 건강효과를 판정하는 자료가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읽기 전에 사용할 장부터 정하세요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된장이라도 찌개에 넣을 것인지, 다른 재료를 섞어 양념을 만들 것인지에 따라 보고 싶은 정보가 달라집니다. 먼저 용도를 정하면 포장의 설명을 우리 집 상황에 맞춰 읽을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준비할 것과 이용시간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된장 또는 간장 한 제품의 포장, 제품 설명, 필기구를 준비합니다. 두 제품을 비교하려면 된장끼리 또는 간장끼리, 같은 용도로 쓸 후보를 고르세요. 구입하지 않은 제품은 판매화면의 표시사진으로 확인해도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읽기 20~25분, 작성 10~15분을 예상합니다. 이용시간은 권장 예상치이며, 제조자에게 문의하는 시간은 별도입니다. 한 번에 끝내기 어렵다면 유형과 질문 한 개만 먼저 적어도 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읽고 작성하는 순서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7994"/>
      </w:tblGrid>
      <w:tr>
        <w:trPr>
          <w:cantSplit/>
          <w:tblHeader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차례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살펴볼 내용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3~4쪽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된장과 간장의 식품유형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5~8쪽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원료, 제조과정, 발효와 숙성, 보관 안내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9~11쪽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된장과 간장 비교 예시, 문의와 판단 연습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12~15쪽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내 제품 점검, 공정 비교, 질문 기록, 결과 정리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16쪽</w:t>
            </w:r>
          </w:p>
        </w:tc>
        <w:tc>
          <w:tcPr>
            <w:tcW w:type="dxa" w:w="799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다음 무료강의 안내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이미 작성한 자료가 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R01이나 R04에 적은 제품명, 원료, 제조자, 보관 안내를 가져오세요. 현재 확인하는 제품과 같은지 대조한 뒤 필요한 내용만 옮깁니다. 이번에는 제조방법과 기간 설명을 더 확인합니다.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기록은 ‘표시에서 확인’, ‘업체가 설명’, ‘미확인’을 구분합니다. 설명을 받았다는 사실과 그 내용을 뒷받침하는 자료를 확인했다는 사실은 서로 다릅니다.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된장은 식품유형을 먼저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 앞면의 ‘집된장’, ‘재래식’, ‘찌개용’ 같은 표현만으로 제조방법을 확정하기는 어렵습니다. 뒷면이나 옆면에서 ‘식품유형’이라는 항목을 찾아 표시된 이름을 그대로 적으세요.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7767"/>
      </w:tblGrid>
      <w:tr>
        <w:trPr>
          <w:cantSplit/>
          <w:tblHeader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표시된 유형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무엇을 뜻하나요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한식된장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한식메주에 소금물을 더해 발효한 뒤 액체 부분을 분리한 장입니다. 한식메주는 대두를 주원료로 삶거나 찌고 모양을 잡아 발효시킨 것입니다.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쌀, 보리, 밀, 탈지대두 등을 바탕으로 누룩균 등을 배양하고 소금을 섞어 발효, 숙성한 것이 포함됩니다. 메주를 소금물에 담가 발효한 뒤 액체를 분리하여 가공하는 방식도 포함됩니다.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혼합장</w:t>
            </w:r>
          </w:p>
        </w:tc>
        <w:tc>
          <w:tcPr>
            <w:tcW w:type="dxa" w:w="776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 등 장류를 주원료로 하거나 다른 식품, 식품첨가물을 섞어 가공한 유형입니다. 장류가 50% 이상이어야 하며 조미된장 등이 여기에 포함됩니다.</w:t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위 표는 선택에 자주 필요한 유형을 쉽게 풀어쓴 것입니다. ‘기타장류’나 ‘소스’ 등 다른 유형으로 표시된 제품은 그 이름을 그대로 기록하고, 어떤 원료와 제조방법의 제품인지 따로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유형을 읽은 뒤에 할 일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유형은 제조방법을 이해하는 출발점입니다. ‘한식된장’이라는 이름만으로 콩의 원산지, 실제 숙성기간, 우리 가족의 입맛까지 알 수는 없습니다. 반대로 ‘된장’이라고 적혔다고 발효를 거치지 않았다고 생각해서도 안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‘찌개된장’이라는 제품의 유형이 ‘혼합장’으로 적혀 있었습니다. 고객은 된장 외에 무엇이 들어 있는지 확인한 뒤, 따로 넣을 양념을 결정하기로 했습니다.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 제품의 식품유형 __________________________________________________________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찾지 못하면 ‘유형 미확인’으로 남기고 전체 표시사진을 요청하세요. 유형의 근거: 식품의약품안전처 「식품의 기준 및 규격」 제5. 12. 장류.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간장 이름과 제조방법을 구분하세요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‘진간장’, ‘국간장’, ‘조림용’처럼 앞면에 크게 적힌 이름은 용도나 제품을 소개하는 표현일 수 있습니다. 그 단어만 보고 유형을 정하지 말고 ‘식품유형’ 칸을 읽습니다.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710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식품유형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제조방법에서 확인할 차이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한식간장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메주를 주원료로 소금물 등을 섞어 발효, 숙성한 뒤 액체 부분을 가공합니다.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양조간장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탈지대두 또는 곡류 등에 누룩균 등을 배양하고 소금물 등을 섞어 발효, 숙성한 뒤 액체 부분을 가공합니다.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산분해간장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단백질을 포함한 원료를 산으로 분해한 뒤 액체 부분을 가공합니다. 이 분해방법을 발효와 같은 뜻으로 읽지 않습니다.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효소분해간장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단백질을 포함한 원료를 효소로 분해한 뒤 액체 부분을 가공합니다. 유형명만으로 발효기간을 추정하지 않습니다.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혼합간장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한식간장이나 양조간장에 산분해간장 또는 효소분해간장을 섞는 방식 등이 포함됩니다. 산분해간장 원액에 다른 원료를 더해 발효, 숙성하는 방식도 있어 구체적인 배합과 공정을 확인해야 합니다.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같은 유형도 제품별로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‘양조간장’이라도 원료와 배합, 제조기간, 가공방법은 다를 수 있습니다. ‘혼합간장’도 유형명만으로 모든 제품의 배합비가 같다고 볼 수 없습니다. 원액의 종류와 혼합비율을 함께 찾으세요.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제조방법을 알고 고르는 것과 안전성에 순위를 매기는 일은 다릅니다. 이 표의 위아래 순서는 품질등급이 아닙니다.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앞면 이름과 실제 식품유형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표시를 읽지 못했다면 앞면 이름으로 추정하지 말고 판매처에 확인합니다. 유형 설명은 2026년 10월 17일 확인한 식품공전의 장류 항목을 기준으로 했습니다.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원료 이름과 비율은 대상을 붙여 읽으세요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콩만 찾고 읽기를 멈추지 않습니다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‘원재료명’에서 대두, 탈지대두, 쌀, 보리, 밀 등 원료 이름과 괄호 안 내용을 함께 봅니다. 탈지대두는 기름을 분리한 대두 원료를 뜻합니다. 이름이 다르다는 사실을 기록하되 그 차이만으로 제품의 좋고 나쁨을 정하지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된장이나 간장에 다른 원료를 더한 제품은 그 이름도 적습니다. 알지 못하는 원료는 “이 원료는 어떤 목적으로 사용하나요?”라고 물으세요. 원료가 많거나 적다는 이유만으로 선택을 끝내지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혼합비율은 콩의 비율과 다릅니다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혼합간장에서 ‘양조간장 30%, 산분해간장 70%’를 읽었다면 무엇을 섞은 비율인지 그대로 옮깁니다. 이를 콩 함량 30% 또는 발효기간 30%로 바꾸어 해석하면 안 됩니다. 혼합장의 ‘된장 60%’도 그 제품에서 된장이 차지하는 함량을 가리키므로 된장 안의 콩 함량과 구분합니다.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간장에 ‘총질소’ 또는 ‘T.N.’이라는 수치가 있으면 수치가 붙은 대상을 함께 봅니다. 총질소는 질소 성분을 측정한 값으로, 원료의 배합비나 단백질 함량과 같은 숫자가 아닙니다. 원액의 수치와 완제품의 수치를 직접 비교하지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가족이 피해야 하는 원료는 별도로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원재료명과 ‘대두 함유’, ‘밀 함유’ 등 알레르기 관련 표시를 함께 확인하세요. 같은 제조시설을 사용한다는 주의문구도 살펴봅니다. 발효했거나 오래 숙성했다는 설명만으로 알레르기 원료를 피할 필요가 없어졌다고 판단하지 않습니다.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콩 원산지는 확인했지만 밀 관련 표시를 읽지 못했습니다. 이때는 ‘알레르기 표시 미확인’으로 남기고, 필요한 표시를 확인하기 전에는 가족이 먹을 제품으로 결정하지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원료 또는 비율에서 더 알아볼 점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원료별 원산지는 각각 기록합니다. 제조업소가 국내에 있다는 사실을 모든 원료가 국산이라는 뜻으로 옮기지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제조과정을 알면 설명이 구체적으로 보입니다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발효는 미생물의 활동과 그 과정에서 작용하는 효소 등을 통해 원료의 성분이 변하는 과정입니다. 숙성은 일정한 조건에서 시간을 두며 맛과 향 등 특성이 달라지는 과정을 말합니다. 장을 만드는 동안 두 과정은 겹칠 수 있으므로, 언제나 발효가 끝난 다음에만 숙성이 시작된다고 나누지는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메주를 사용하는 장의 공정 예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대두를 준비해 삶거나 찝니다. 메주를 만들고 발효한 뒤 소금물에 담가 장을 담급니다. 이후 고형 부분과 액체 부분을 나누는 ‘장 가르기’를 하고, 각각의 제품에 맞게 숙성하거나 가공합니다. 모든 장이 이 순서를 그대로 따르는 것은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누룩균을 배양하는 장의 공정 예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대두나 곡류 등에 누룩균 등을 배양하고 소금이나 소금물을 섞어 발효, 숙성합니다. 간장은 액체를 거르고 제품에 따라 다른 공정을 거칩니다. 원료 준비, 발효와 숙성, 여과, 배합, 가열, 포장은 서로 다른 단계입니다.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따라서 ‘포장일이 최근이다’라는 정보로 장을 담근 날짜를 알 수는 없습니다. ‘숙성 후 가열’이라는 설명도 그전에 발효를 거쳤다는 사실을 지우지 않습니다. 가열 여부 하나만으로 제품의 건강효과를 판단하지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누가 어느 공정을 맡았는지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제조원과 판매원을 나누어 적고, 제조 설명이 궁금하면 판매처를 통해 제조원에 확인해도 됩니다. “직접 만든다”는 설명을 들었다면 메주 제조부터인지, 숙성된 원료를 배합하고 포장하는 것인지 구체적으로 물어봅니다.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판매자가 ‘직접 숙성’이라고 답했지만 메주를 만드는 업체는 확인되지 않았습니다. 기록에는 ‘숙성은 판매자 설명, 메주 제조 주체 미확인’이라고 나누어 적습니다.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확인한 공정과 더 물어볼 공정 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위 공정은 이해를 돕는 일반적인 예입니다. 실제 제품의 공정은 제조자의 제품별 설명으로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숙성기간은 시작과 끝을 물어보세요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‘1년 숙성’이라는 문구를 보면 기간 숫자와 함께 어느 단계부터 셌는지 확인합니다. 메주를 만든 날, 장을 담근 날, 장을 가른 날은 서로 다릅니다. 어느 날부터 어느 날까지인지 알아야 두 제품의 설명을 같은 뜻으로 비교할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확인할 질문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기록할 내용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어떤 기간인가요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메주 발효, 장을 담근 뒤의 기간, 장 가르기 후 숙성 등 실제 단계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언제 시작하고 끝났나요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시작일과 종료일 또는 제조자가 설명한 계산 기준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어떤 조건에서 관리했나요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공개된 온도 관리, 용기, 장소 등의 설명. 공개되지 않은 내용은 미확인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어느 판매분에 해당하나요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현재 제품명, 용량, 제조번호나 표시일자와 설명의 연결 여부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오래된 사진과 현재 제품을 구분합니다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장독 사진이나 예전 제조영상은 공정을 이해하는 데 도움이 됩니다. 다만 촬영 대상과 시기가 다르면 지금 판매하는 제품의 숙성기간을 증명하지는 못합니다. 설명에 나온 원료와 제품이 같은지, 해당 판매분에도 적용되는지 확인합니다.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A는 ‘장 가르기 후 12개월’, B는 ‘원료 혼합 후 6개월’이라고 답했습니다. 고객은 12와 6만 비교하지 않고 서로 다른 시작 단계라고 적었습니다. 이 기록만으로 어느 장이 더 맛있거나 안전하다고 결론 내리지 않았습니다.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답이 일부만 왔다면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“충분히 숙성했습니다”라는 답만 받았으면 기간과 기준은 여전히 미확인입니다. 확인된 설명은 남기고, 선택에 꼭 필요한 정보라면 구매 결정을 미룰 수 있습니다. 영업상 공개하지 않는 내용이 있다는 사실만으로 위반이나 불량을 단정하지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 제품의 기간 문구와 그 시작 기준 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숙성기간, 소비기한, 품질유지기한은 서로 다른 정보입니다. 포장에 표시된 날짜로 숙성기간을 거꾸로 계산하지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구매 뒤 보관과 사용까지 생각하세요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미개봉과 개봉 후 안내를 따로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뚜껑, 바닥, 옆면의 날짜와 함께 ‘소비기한’인지 ‘품질유지기한’인지 이름을 적습니다. 소비기한은 표시된 보관방법을 지켰을 때의 섭취 가능 기간, 품질유지기한은 정해진 보관방법 아래 고유의 품질을 유지할 수 있는 기간을 뜻합니다. 둘을 같은 이름으로 옮겨 쓰지 마세요.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 전체에서 개봉 후 안내를 찾습니다. 미개봉 때 실온 보관이 가능하다고 적혀 있어도 개봉 후에는 안내가 달라질 수 있습니다. 확인하지 못했으면 제조자에게 물어보고, 모든 된장이나 간장에 동일한 개봉 후 기간을 임의로 붙이지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집에서 관리할 수 있는 용량을 고릅니다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이번 달에 어떤 요리에 얼마나 자주 사용할지 떠올려 보세요. 큰 용량을 고르면 가격뿐 아니라 보관공간과 덜어 쓰는 방법도 확인해야 합니다. 이미 가진 장이 남아 있다면 새로 살 필요부터 검토합니다.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사용할 때는 깨끗한 도구로 필요한 양만 덜고, 덜어 낸 장을 원래 용기에 되돌리지 않습니다. 뚜껑을 닫고 제품의 보관 안내를 지킵니다. 개봉일은 처음 연 날 적고, 기억이 없으면 오늘 날짜로 대신하지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상태가 의심될 때는 맛으로 확인하지 않습니다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곰팡이가 의심되거나 포장이 손상됐거나 보관 안내를 지키지 못했다면, 맛을 보아 먹을 수 있는지 시험하지 마세요. 표면만 걷어 내거나 다시 끓이면 괜찮다고 판단하지 말고 섭취를 멈춘 뒤 제품과 보관 이력을 알려 제조자에게 문의합니다.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냉장 보관 안내를 뒤늦게 읽었습니다. 냉장고로 옮겨 놓았다는 사실만으로 이전 보관 중 생긴 문제까지 해결된 것으로 적지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안내와 현재 보관에서 확인할 점 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맛의 선호는 사용 가능한 상태의 제품을 정상적인 조리에 이용하면서 기록합니다. 색, 향, 짠맛 하나로 숙성기간이나 안전성을 판정하지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1 된장 두 제품을 비교하기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아래 제품명, 수치, 공정과 답변은 작성 연습을 위한 가상 예시입니다. 실제 섬내음 상품이나 고객 사례가 아니며, 표는 완전한 법정 표시 견본이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고객의 목적: 일주일에 두 번 끓일 된장찌개용 장을 고릅니다. D1과 D2의 표시사진을 읽고, 공개된 제조 설명을 함께 정리했습니다.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3883"/>
        <w:gridCol w:w="3883"/>
      </w:tblGrid>
      <w:tr>
        <w:trPr>
          <w:cantSplit/>
          <w:tblHeader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확인항목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D1 가상 메주된장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D2 가상 구수한된장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식품유형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한식된장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원료와 산지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대두(국산), 정제수, 천일염(국산)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대두(캐나다산), 정제수, 소맥분(밀: 미국산), 정제소금, 주정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 표시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함유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밀 함유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제조원과 판매원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 가상 A업체</w:t>
              <w:br/>
              <w:t>판매원 가상 S업체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 가상 B업체</w:t>
              <w:br/>
              <w:t>판매원 가상 B업체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제조자 설명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한식메주에 소금물을 더해 발효하고 장을 가른 뒤 숙성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대두와 밀 원료에 누룩균을 배양하고 소금을 섞어 발효, 숙성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기간 설명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장 가르기 후 12개월</w:t>
              <w:br/>
              <w:t>2025.4.1~2026.4.1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혼합 후 6개월</w:t>
              <w:br/>
              <w:t>2025.11.1~2026.5.1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자료의 범위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현재 판매분을 명시한 제조자 설명. 세부 온도기록은 미제공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제품 소개의 일반 공정 설명. 현재 판매분의 적용 여부는 미확인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뚜껑을 닫아 냉장 보관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뚜껑을 닫아 냉장 보관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이렇게 읽고 질문을 남겼습니다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두 제품 모두 발효에 관한 설명이 있지만 원료와 제조방법이 다릅니다. D1의 12개월과 D2의 6개월은 시작 단계도 다릅니다. D2에는 “이 기간 설명이 지금 구매할 판매분에도 적용되나요?”라고 질문하기로 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실제 작성할 때는 원재료 전체를 확인합니다. 위 원료란은 비교에 필요한 부분을 발췌한 가상 기록이며, 표시된 순서만으로 빠진 원료나 함량을 추정하지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2 간장 두 제품을 비교하기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제품과 표시 수치, 제조 설명은 모두 교육용 가상 예시입니다. 실제 판매상품을 평가하거나 추천하는 자료가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고객의 목적: 볶음과 조림에 쓸 간장을 고릅니다. 두 제품 모두 앞면 이름에 ‘진간장’이 있지만 식품유형은 달랐습니다.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3883"/>
        <w:gridCol w:w="3883"/>
      </w:tblGrid>
      <w:tr>
        <w:trPr>
          <w:cantSplit/>
          <w:tblHeader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확인항목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G1 가상 집밥 진간장 가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G2 가상 집밥 진간장 나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식품유형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양조간장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혼합간장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원료와 산지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탈지대두(인도산), 밀(미국산) 사용을 확인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원액의 세부 원료표 사진이 흐려 원료별 산지는 미확인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 표시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밀 함유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밀 함유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혼합비율 표시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간장 원액 간 혼합비율 표시는 해당 예시에서 확인 대상 아님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양조간장 30%</w:t>
              <w:br/>
              <w:t>산분해간장 70%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총질소 수치</w:t>
              <w:br/>
              <w:t>확인 대상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완제품 총질소 1.6%</w:t>
              <w:br/>
              <w:t>(w/v%)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혼합에 쓴 원액의 수치</w:t>
              <w:br/>
              <w:t>양조간장 1.5%</w:t>
              <w:br/>
              <w:t>산분해간장 1.2%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제조자 설명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원료에 누룩균을 배양, 소금물을 섞어 발효와 숙성, 여과와 가열 후 병입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두 간장 원액을 섞어 가공. 원액 제조기간과 혼합 후 공정은 미확인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기간 설명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6개월 숙성이라는 문구만 있음. 시작, 종료 기준 미확인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원액별 기간 미제공</w:t>
            </w:r>
          </w:p>
        </w:tc>
      </w:tr>
      <w:tr>
        <w:trPr>
          <w:cantSplit/>
        </w:trPr>
        <w:tc>
          <w:tcPr>
            <w:tcW w:type="dxa" w:w="16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냉장 보관</w:t>
            </w:r>
          </w:p>
        </w:tc>
        <w:tc>
          <w:tcPr>
            <w:tcW w:type="dxa" w:w="38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냉장 보관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숫자를 바로 순위로 바꾸지 않았습니다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G1의 완제품 수치와 G2의 원액 수치를 같은 항목처럼 비교하지 않습니다. G2의 30%도 콩 함량이 아닙니다. G1에는 숙성기간의 기준을, G2에는 선명한 원료표와 원액 제조 정보를 먼저 요청합니다.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총질소만으로 전체 품질이나 건강효과를 판정하지 않습니다. 이 예시에는 숫자에 근거한 구매 추천이나 안전 점수가 없습니다.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3 문의와 결과 남기기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D2의 제조기간을 문의한 가상 고객의 기록입니다. 답을 듣고도 확인되지 않은 부분을 남겨 두는 과정을 보여드립니다.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710"/>
      </w:tblGrid>
      <w:tr>
        <w:trPr>
          <w:cantSplit/>
          <w:tblHeader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항목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작성한 내용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문의 전 확인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D2 유형은 된장. 소개에는 원료 혼합 후 6개월이라고 적혀 있음.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보낸 질문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“이 설명이 제가 살 D2에도 적용되는지 확인해 주세요. 기간은 어느 공정부터 어느 공정까지이며, 현재 판매분의 시작일과 종료일을 알 수 있나요?”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받은 답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“6개월은 원료 혼합부터 숙성 종료까지의 일반적인 설명입니다. 현재 판매분의 날짜는 제조원 확인 후 알려드리겠습니다.”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답변 뒤 기록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기간의 뜻은 업체 답변으로 확인. 현재 판매분의 날짜는 답변 대기. 확인자료는 아직 받지 못함.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다음 행동</w:t>
            </w:r>
          </w:p>
        </w:tc>
        <w:tc>
          <w:tcPr>
            <w:tcW w:type="dxa" w:w="771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새 장 구매를 보류하고 받은 답을 기록. 현재 판매분의 기간 답변이 오면 비교표를 다시 확인.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다섯 항목의 결과 작성 예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① 오늘 확인한 내용: D2의 유형과 원료, 기간 설명의 뜻.</w:t>
        <w:br/>
        <w:t>② 아직 확인하지 못한 내용: 현재 판매분의 실제 시작일과 종료일.</w:t>
        <w:br/>
        <w:t>③ 새롭게 알게 된 점: 기간의 길이보다 먼저 시작 단계를 맞춰야 한다.</w:t>
        <w:br/>
        <w:t>④ 다음에 확인할 내용: 현재 판매분과 연결되는 제조원 답변.</w:t>
        <w:br/>
        <w:t>⑤ 오늘 실천할 한 가지: 포장사진과 문의 내용을 한곳에 보관한다.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판단 연습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1. ‘진간장’이라는 제품명만 보고 유형을 혼합간장으로 적어도 될까요?</w:t>
        <w:br/>
        <w:t>2. D1의 기간이 더 길다는 이유만으로 안전성이 더 높다고 적어도 될까요?</w:t>
        <w:br/>
        <w:t>3. 일반 공정 설명을 받으면 현재 판매분의 날짜도 확인된 것일까요?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답과 이유: 1. 아니요. 식품유형 표시를 읽습니다. 2. 아니요. 기간의 시작 기준도 다르며 기간만으로 안전성을 판정할 수 없습니다. 3. 아니요. 일반 설명과 해당 판매분의 정보는 따로 확인합니다.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장류 점검과 비교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된장끼리 또는 간장끼리 같은 용도로 비교합니다. 한 제품만 있으면 A만 작성해도 됩니다. R04의 같은 제품 기록이 있으면 확인한 날짜를 적고 필요한 부분을 가져옵니다.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점검일과 사용할 요리 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3798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항목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 또는 비워 두기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정확한 제품명</w:t>
              <w:br/>
              <w:t>식품유형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관심 원료</w:t>
              <w:br/>
              <w:t>원료별 원산지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알레르기 표시</w:t>
              <w:br/>
              <w:t>관련 주의문구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제조원</w:t>
              <w:br/>
              <w:t>판매원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혼합 원액의 종류</w:t>
              <w:br/>
              <w:t>비율과 수치의 대상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표시사진 또는</w:t>
              <w:br/>
              <w:t>확인한 자료와 날짜</w:t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79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앞면 제품명과 식품유형을 구분했습니다.</w:t>
        <w:br/>
        <w:t>□ 원재료 전체와 괄호 안, 알레르기 관련 표시를 살폈습니다.</w:t>
        <w:br/>
        <w:t>□ 혼합비율이 무엇의 비율인지 적었습니다.</w:t>
        <w:br/>
        <w:t>□ 찾지 못한 항목은 추측하지 않고 ‘미확인’이라고 적었습니다.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모든 제품에 원액 혼합비율이나 총질소 수치가 같은 방식으로 표시되는 것은 아닙니다. 해당하지 않으면 ‘해당 없음’, 아직 판단하기 어려우면 ‘추가 확인’이라고 씁니다.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장류 점검과 비교 2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앞에서 정한 A와 B를 그대로 사용합니다. 제품 설명에서 확인한 말과 내 생각을 섞지 말고, 업체 답변은 ‘업체 설명’이라고 표시하세요.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685"/>
        <w:gridCol w:w="3685"/>
      </w:tblGrid>
      <w:tr>
        <w:trPr>
          <w:cantSplit/>
          <w:tblHeader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확인할 내용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A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BE8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제품 B 또는 비워 두기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제조공정과</w:t>
              <w:br/>
              <w:t>확인한 자료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발효와 숙성기간</w:t>
              <w:br/>
              <w:t>시작과 종료 기준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현재 판매분과</w:t>
              <w:br/>
              <w:t>설명이 연결되는 근거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날짜의 이름과 날짜</w:t>
              <w:br/>
              <w:t>미개봉 보관 안내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개봉 후 안내</w:t>
              <w:br/>
              <w:t>개봉일과 현재 장소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br/>
              <w:br/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비교하고 남은 차이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공통점 ________________________________________________________________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차이와 나의 용도에 미치는 영향 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아직 비교할 수 없는 항목과 이유 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기간의 시작과 끝을 확인했습니다. □ 현재 판매분의 정보인지 살폈습니다.</w:t>
        <w:br/>
        <w:t>□ 날짜와 보관 안내를 함께 읽었습니다. □ 모르는 항목을 남겨 두었습니다.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미구매 제품은 개봉일과 현재 장소에 ‘미구매’라고 씁니다. 개봉했지만 날짜를 모르면 ‘개봉일 모름’으로 남깁니다. 체크 수는 제품의 안전 점수가 아닙니다.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제조자에게 물어볼 질문 기록지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제품명과 내가 읽은 문구를 먼저 적고, 선택에 필요한 질문 한두 가지를 보냅니다. 업체의 일반적인 설명인지, 해당 제품을 확인한 답변인지 구분해 남기세요.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1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제품과 확인한 문구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물어볼 질문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곳과 문의일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답변일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함께 받은 자료와 아직 남은 질문 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질문 2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대상 제품과 확인한 문구 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물어볼 질문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문의할 곳과 문의일 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받은 답과 답변일 ____________________________________________________________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함께 받은 자료와 아직 남은 질문 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답변 상태 □ 확인할 내용 해결 □ 일부 답변 □ 답변 대기 □ 공개되지 않음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질문 예: “숙성기간은 장을 가른 날부터인가요?” “이 설명이 현재 판매분에도 해당하나요?” “개봉 후에는 어떻게 보관하나요?” 답이 없으면 ‘답변 대기’로 두고 자료를 임의로 채우지 않습니다.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결과를 정리하고 한 가지를 실천하세요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제품을 평가하는 점수 대신, 내가 확인한 사실과 다음 행동을 적습니다. 구매하지 않기로 하거나 정보를 더 확인하기로 한 것도 유효한 결과입니다.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오늘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제품과 확인한 정보 __________________________________________________________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항목과 확인하지 못한 이유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처음 생각과 달라진 점 ______________________________________________________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다음에 확인할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무엇을 누구에게 언제 확인할지 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오늘부터 실천할 한 가지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할 일과 실행할 날 ____________________________________________________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지금의 결정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현재 제품의 정보를 더 확인합니다.</w:t>
        <w:br/>
        <w:t>□ 사용목적과 필요한 양을 다시 정합니다.</w:t>
        <w:br/>
        <w:t>□ 필요한 정보를 확인한 뒤 구매 후보를 정합니다.</w:t>
        <w:br/>
        <w:t>□ 이미 가진 장을 사용하므로 추가 구매를 하지 않습니다.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결정한 이유 __________________________________________________________________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마지막 점검  □ 유형과 공정을 구분했습니다. □ 미확인 정보를 남겼습니다.</w:t>
        <w:br/>
        <w:t>□ 기간이나 원료 개수로 안전성을 판정하지 않았습니다.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마지막 칸의 구매 결정은 개인의 선택입니다. 이 자료는 특정 상품의 구입이나 교체를 요구하지 않습니다. 남은 질문을 다음 무료강의에 가져가세요.</w:t>
      </w:r>
    </w:p>
    <w:p>
      <w:pPr>
        <w:spacing w:line="20" w:lineRule="exact" w:after="0" w:before="0"/>
        <w:snapToGrid w:val="0"/>
      </w:pPr>
      <w:r>
        <w:rPr>
          <w:sz w:val="2"/>
        </w:rP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무료강의에서 제조의 시간을 살펴보세요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3강</w:t>
        <w:br/>
        <w:t>제철, 발효, 숙성, 건조의 시간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오늘은 된장과 간장의 유형을 읽고, 제조과정과 기간 설명에 어떤 질문을 해야 하는지 확인했습니다. 다음 강의에서는 식재료의 생산시기와 발효, 숙성, 건조 과정을 함께 살펴봅니다.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이런 질문을 가지고 들으세요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원료라도 만드는 과정에 따라 무엇을 더 확인해야 할까요?</w:t>
        <w:br/>
        <w:t>‘오래 만들었다’는 설명을 들었을 때 어떤 기준으로 물어봐야 할까요?</w:t>
        <w:br/>
        <w:t>제철과 제조기간은 식재료의 어떤 정보를 알려줄까요?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준비할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오늘 살펴본 장 한 가지의 제품명, 발효 또는 숙성에 관한 문구, 아직 해결하지 못한 질문 한 개를 준비하세요. 모든 빈칸을 채워야 강의를 이해할 수 있는 것은 아닙니다.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강의에 가져갈 질문 한 개 __________________________________________________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수강방법을 확인하세요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자료를 받은 곳의 섬내음 담당자에게 아래 문구로 문의하시면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“R06 「된장과 간장을 고를 때 확인할 것」을 읽었습니다. 무료강의 3강 「제철, 발효, 숙성, 건조의 시간」의 수강방법을 안내받고 싶습니다.”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안내받은 수강방법과 제공 조건을 확인한 뒤 이용하세요. 오늘의 다음 행동은 이 무료강의의 수강 안내를 확인하는 것입니다.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믿고 먹는 섬내음 | 정포크라테스 정영숙</w:t>
        <w:br/>
        <w:t>R06 V1.0 | 2026.10.17</w:t>
        <w:br/>
        <w:t>유형과 표시 설명 참고: 식품의약품안전처 「식품의 기준 및 규격」 제2026-55호, 「식품등의 표시기준」 제2026-37호. 제품별 내용은 실제 표시와 제조자 안내를 확인합니다.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R06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된장과 간장을 고를 때 확인할 것</dc:title>
  <dc:subject>믿고 먹는 섬내음 고객교육자료 R06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