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장류 점검과 비교 1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실습지는 R06의 작성 부분을 분리한 자료입니다. 된장끼리 또는 간장끼리 같은 용도로 비교합니다. 제품이 하나면 A만 적으세요. 포장과 제품별 제조 설명을 준비하고, 없는 정보는 ‘미확인’으로 남깁니다.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점검일과 사용할 요리 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항목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 또는 비워 두기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정확한 제품명</w:t>
              <w:br/>
              <w:t>식품유형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관심 원료</w:t>
              <w:br/>
              <w:t>원료별 원산지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알레르기 표시</w:t>
              <w:br/>
              <w:t>관련 주의문구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</w:t>
              <w:br/>
              <w:t>판매원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혼합 원액의 종류</w:t>
              <w:br/>
              <w:t>비율과 수치의 대상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표시사진 또는</w:t>
              <w:br/>
              <w:t>확인한 자료와 날짜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앞면 제품명과 식품유형을 구분했습니다.</w:t>
        <w:br/>
        <w:t>□ 원재료 전체와 괄호 안, 알레르기 관련 표시를 살폈습니다.</w:t>
        <w:br/>
        <w:t>□ 혼합비율이 무엇의 비율인지 적었습니다.</w:t>
        <w:br/>
        <w:t>□ 찾지 못한 항목은 추측하지 않고 ‘미확인’이라고 적었습니다.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모든 제품에 원액 혼합비율이나 총질소 수치가 같은 방식으로 표시되는 것은 아닙니다. 해당하지 않으면 ‘해당 없음’, 아직 판단하기 어려우면 ‘추가 확인’이라고 씁니다.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장류 점검과 비교 2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앞에서 정한 A와 B를 그대로 사용합니다. 제품 설명에서 확인한 말과 내 생각을 섞지 말고, 업체 답변은 ‘업체 설명’이라고 표시하세요.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685"/>
        <w:gridCol w:w="3685"/>
      </w:tblGrid>
      <w:tr>
        <w:trPr>
          <w:cantSplit/>
          <w:tblHeader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확인할 내용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 또는 비워 두기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제조공정과</w:t>
              <w:br/>
              <w:t>확인한 자료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발효와 숙성기간</w:t>
              <w:br/>
              <w:t>시작과 종료 기준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현재 판매분과</w:t>
              <w:br/>
              <w:t>설명이 연결되는 근거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날짜의 이름과 날짜</w:t>
              <w:br/>
              <w:t>미개봉 보관 안내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안내</w:t>
              <w:br/>
              <w:t>개봉일과 현재 장소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비교하고 남은 차이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공통점 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차이와 나의 용도에 미치는 영향 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아직 비교할 수 없는 항목과 이유 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기간의 시작과 끝을 확인했습니다. □ 현재 판매분의 정보인지 살폈습니다.</w:t>
        <w:br/>
        <w:t>□ 날짜와 보관 안내를 함께 읽었습니다. □ 모르는 항목을 남겨 두었습니다.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미구매 제품은 개봉일과 현재 장소에 ‘미구매’라고 씁니다. 개봉했지만 날짜를 모르면 ‘개봉일 모름’으로 남깁니다. 체크 수는 제품의 안전 점수가 아닙니다.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제조자에게 물어볼 질문 기록지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제품명과 내가 읽은 문구를 먼저 적고, 선택에 필요한 질문 한두 가지를 보냅니다. 업체의 일반적인 설명인지, 해당 제품을 확인한 답변인지 구분해 남기세요.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1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대상 제품과 확인한 문구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물어볼 질문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문의할 곳과 문의일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답과 답변일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함께 받은 자료와 아직 남은 질문 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2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대상 제품과 확인한 문구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물어볼 질문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문의할 곳과 문의일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답과 답변일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함께 받은 자료와 아직 남은 질문 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답변 상태 □ 확인할 내용 해결 □ 일부 답변 □ 답변 대기 □ 공개되지 않음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질문 예: “숙성기간은 장을 가른 날부터인가요?” “이 설명이 현재 판매분에도 해당하나요?” “개봉 후에는 어떻게 보관하나요?” 답이 없으면 ‘답변 대기’로 두고 자료를 임의로 채우지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결과를 정리하고 한 가지를 실천하세요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제품을 평가하는 점수 대신, 내가 확인한 사실과 다음 행동을 적습니다. 구매하지 않기로 하거나 정보를 더 확인하기로 한 것도 유효한 결과입니다.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오늘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제품과 확인한 정보 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항목과 확인하지 못한 이유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처음 생각과 달라진 점 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다음에 확인할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무엇을 누구에게 언제 확인할지 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오늘부터 실천할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할 일과 실행할 날 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지금의 결정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현재 제품의 정보를 더 확인합니다.</w:t>
        <w:br/>
        <w:t>□ 사용목적과 필요한 양을 다시 정합니다.</w:t>
        <w:br/>
        <w:t>□ 필요한 정보를 확인한 뒤 구매 후보를 정합니다.</w:t>
        <w:br/>
        <w:t>□ 이미 가진 장을 사용하므로 추가 구매를 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결정한 이유 __________________________________________________________________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마지막 점검  □ 유형과 공정을 구분했습니다. □ 미확인 정보를 남겼습니다.</w:t>
        <w:br/>
        <w:t>□ 기간이나 원료 개수로 안전성을 판정하지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마지막 칸의 구매 결정은 개인의 선택입니다. 이 자료는 특정 상품의 구입이나 교체를 요구하지 않습니다. 남은 질문을 다음 무료강의에 가져가세요.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R06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 장류 점검과 비교 1</dc:title>
  <dc:subject>믿고 먹는 섬내음 고객교육자료 R06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