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520" w:after="280" w:line="80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58"/>
        </w:rPr>
        <w:t>우리 집 5분 아침</w:t>
        <w:br/>
        <w:t>식탁 실천자료</w:t>
      </w:r>
    </w:p>
    <w:p>
      <w:pPr>
        <w:spacing w:after="400"/>
        <w:snapToGrid w:val="0"/>
      </w:pPr>
      <w:r>
        <w:rPr>
          <w:rFonts w:ascii="Noto Sans CJK KR" w:hAnsi="Noto Sans CJK KR" w:eastAsia="Noto Sans CJK KR" w:cs="Noto Sans CJK KR"/>
          <w:color w:val="000000"/>
          <w:sz w:val="26"/>
        </w:rPr>
        <w:t>전날 준비와 아침 실행을 나누어 일주일 동안 써 보는 책자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아침마다 무엇을 먹을지 고르고, 재료를 찾고, 그릇을 꺼내다 보면 생각보다 시간이 걸립니다. 이 자료는 집에 있는 식재료로 아침 한 끼를 준비하고, 실제로 어느 단계에서 시간이 더 필요한지 확인하도록 돕습니다.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여기서 5분은 미리 준비한 재료를 아침에 꺼내 식탁에 올리기까지의 목표시간입니다. 전날 조리와 손질, 장보기, 식사와 식후 정리는 별도입니다. 이 시간을 숨기지 않고 함께 기록합니다.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일주일 뒤 남길 것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우리 집에서 반복하기 쉬운 식탁 두세 가지, 준비가 어긋난 날의 대안, 실제 준비시간과 다음 주에 바꿀 한 가지를 남깁니다. 5분을 넘겼어도 기록을 이어갈 수 있습니다.</w:t>
      </w:r>
    </w:p>
    <w:p>
      <w:pPr>
        <w:spacing w:before="32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6"/>
        </w:rPr>
        <w:t>믿고 먹는 섬내음</w:t>
        <w:br/>
        <w:t>정포크라테스 정영숙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고객교육자료 R07 | 2026년 10월 17일 | V1.0</w:t>
        <w:br/>
        <w:t>기획, 집필, 편집: 한영인컨설팅그룹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일반 성인의 가정 식사 준비를 위한 실습자료입니다. 개인별 영양량이나 치료식 처방, 건강효과를 제시하지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5분에 무엇이 들어가는지 먼저 정합니다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아침 준비를 시작하며 시간을 재고, 먹을 음식과 식기가 식탁에 모두 놓였을 때 멈춥니다. 손 씻기, 재료를 찾는 시간, 포장 열기와 필요한 세척, 가열과 대기, 남은 냉장식품을 다시 넣는 시간도 포함합니다. 준비 도중 기다렸다고 시계를 멈추지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구분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기록할 범위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아침 준비시간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시작부터 상차림 완료까지의 경과시간. 두 사람이 함께 준비해도 같은 시계로 잽니다.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전날 준비시간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메뉴 결정, 손질, 조리와 냉각·보관에 필요한 시간. 기다리는 시간이 있으면 그것도 적습니다.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별도 시간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장보기, 식사, 식후 설거지와 정리는 아침 5분에 넣지 않습니다. 부담이 크면 메모에 함께 남깁니다.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예를 들어 전날 준비 8분, 아침 준비 4분 40초라면 기록된 준비시간은 12분 40초입니다. 이를 “총 5분 만에 만든 식사”라고 부르지 않습니다. 전날 해 둔 일 없이 아침에 시작했다면 그 일도 아침 시간에 들어갑니다.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준비물과 이용 순서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R03 식재료 기록이 있으면 가져오세요. 없어도 아침에 쓸 재료 두세 가지, 포장 안내, 펜과 시간을 잴 도구만 있으면 시작할 수 있습니다. 처음 읽고 계획을 적는 데 25~35분, 이후 하루 기록에 약 2분을 예상합니다.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3~8쪽에서 준비방법을 읽고, 9~10쪽의 작성 예시를 살펴보세요. 11~13쪽에 내 계획을 적고 14~15쪽에 일주일을 기록합니다. 16쪽에서 장보기와 질문을 정리한 뒤 17~18쪽에서 결과와 다음 교육을 확인합니다.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개인에게 정해진 식사 지침이 있으면 그것을 우선합니다. 어린이, 씹거나 삼키기 어려운 가족의 음식 크기와 질감은 이 일반 성인 예시를 그대로 적용하지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R03에서 아침에 쓸 재료만 가져옵니다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냉장고 전체를 다시 조사할 필요는 없습니다. R03 목록에서 이번 주 아침에 쓸 재료 두세 가지만 고릅니다. 재료 번호와 이름, 사용할 수 있는 양, 준비가 필요한 일을 가져오세요. 기록한 뒤 시간이 지났다면 현재 양과 보관상태가 달라졌는지만 확인합니다.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483"/>
      </w:tblGrid>
      <w:tr>
        <w:trPr>
          <w:cantSplit/>
          <w:tblHeader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가져올 내용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아침 계획에 쓰는 방법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재료 번호와 이름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예: R03 ② 식빵. 같은 재료를 여러 표에 새 이름으로 적지 않습니다.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사용 가능한 양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눈대중이면 그 사실을 붙입니다. 날짜나 보관이 미확인인 재료를 사용 가능한 재고에 포함하지 않습니다.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준비할 일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씻기, 익히기, 해동, 덜어 담기 중 남은 일을 적고 언제 할지 정합니다.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확인이 필요한 점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제품 안내나 보관 이력을 알아볼 때까지 사용을 보류하고 다른 재료를 선택합니다.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먼저 고를 재료의 조건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가족이 먹을 수 있고, 상태와 보관 안내를 확인했으며, 준비방법을 아는 재료부터 고릅니다. 남았다는 이유만으로 반드시 먹어야 하는 것은 아닙니다. 냉장고에 있다는 사실만으로 이전 보관 문제가 해결되지는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예시: R03에 적어 둔 요거트 두 컵 중 한 컵은 개봉 이력이 불분명했습니다. 사용할 수 있는 양은 미개봉 한 컵만 적었습니다. 부족한 한 컵을 바로 주문하는 대신, 내일 먹을 사람 수와 다른 식탁 대안을 먼저 확인했습니다.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오늘 가져올 기록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R03 번호 또는 재료명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아침에 쓰기 전 필요한 일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처음 작성하는 분은 현재 사용할 재료만 11쪽에 적으세요. 원재료 표시 전체를 다시 옮기는 실습은 하지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반복하기 쉬운 식탁 두세 가지를 고르세요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매일 다른 메뉴를 만들기보다 익숙한 조합을 몇 가지 정합니다. 주식으로 먹을 것, 함께 곁들일 것, 씻거나 잘라 둘 것이 무엇인지 나누어 보면 전날 할 일이 보입니다. 아래는 일반적인 구성 예시이며, 모두에게 필요한 한 끼 분량이나 영양 충족을 보장하는 표가 아닙니다.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3628"/>
        <w:gridCol w:w="3628"/>
      </w:tblGrid>
      <w:tr>
        <w:trPr>
          <w:cantSplit/>
          <w:tblHeader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식탁 예시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아침에 할 일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미리 갖출 조건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A 빵 식탁</w:t>
              <w:br/>
              <w:t>식빵, 치즈, 오이와 과일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표시상 바로 먹을 수 있는 빵과 치즈를 담고, 씻은 오이와 과일을 준비합니다.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제품 보관조건과 먹을 양 확인. 오이·과일은 깨끗이 씻고 필요한 만큼 준비. 굽는다면 그 시간도 포함.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B 밥 식탁</w:t>
              <w:br/>
              <w:t>밥, 익힌 두부반찬, 채소반찬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필요한 만큼 재가열하고 곁들임을 덜어 담습니다.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전날까지 적절히 조리·보관한 음식. 실제 가열시간을 확보해야 하며 5분을 넘을 수 있음.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C 요거트 식탁</w:t>
              <w:br/>
              <w:t>플레인 요거트, 바로 먹는 곡물제품, 바나나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각 제품의 섭취방법을 확인해 담고 바나나는 먹기 직전에 껍질을 벗깁니다.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가열이 필요한 곡물은 즉석 재료로 취급하지 않음. 우유·대두·밀 등 관련 원료 확인.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D 고구마 식탁</w:t>
              <w:br/>
              <w:t>익힌 고구마, 우유 또는 두유, 준비된 채소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고구마를 충분히 데우고 나머지를 담습니다.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익힌 고구마의 보관 이력 확인. 기기와 양에 따라 가열시간을 다시 확인.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메뉴를 바꾸는 기준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집에 없는 재료를 모두 사서 표를 재현할 필요는 없습니다. 입맛과 먹는 양, 알레르기 등 피해야 할 원료를 먼저 확인하고, 가족이 실제로 먹을 조합을 정하세요. 예를 들어 빵을 굽지 않아도 먹는 집은 굽기를 생략할 수 있지만, 익혀야 하는 식품의 조리는 생략할 수 없습니다.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이번 주에 반복할 식탁 두 가지 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선식이나 곡물가루도 제품별 섭취방법을 확인합니다. 이름만 보고 모두 물에 바로 타 먹는 제품이거나 한 끼를 대신하는 제품이라고 판단하지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처음 하루는 실제로 시간을 재 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아래는 A 식탁을 한 사람이 준비하는 순서를 보여 주는 가상 예시입니다. 실제 측정 결과나 보장시간이 아닙니다. 빵과 치즈는 바로 먹을 수 있는 제품이고, 곁들일 오이와 과일은 이미 씻어 적절히 보관한 상황입니다.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483"/>
      </w:tblGrid>
      <w:tr>
        <w:trPr>
          <w:cantSplit/>
          <w:tblHeader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가상의 경과시간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하는 일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0:00~0:45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흐르는 물에 비누로 30초 이상 손을 씻고 물기를 닦습니다.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0:45~1:30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접시와 식기, 필요한 만큼의 재료를 꺼냅니다.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1:30~3:00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포장을 열어 빵과 치즈를 담고, 남은 냉장식품은 제자리에 넣습니다.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3:00~4:10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미리 씻은 오이와 과일을 준비합니다. 바나나처럼 껍질을 벗겨 먹는 것은 먹기 직전에 준비합니다.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4:10~4:50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식탁에 놓고 빠진 식기를 챙긴 뒤 시간을 기록합니다.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오이를 아침에 씻어야 했다면 그 시간을 더합니다. 가열하는 식탁은 기기가 작동하는 동안의 대기시간도 포함합니다. 가족의 도움을 기다리거나 다른 일로 중단됐다면 시계를 멈추지 않고 그 이유를 적습니다.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재가열이 필요한 식탁은 이렇게 정합니다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밥과 반찬을 어느 용기에 얼마나 담을지 정하고, 제품이나 기기의 안내에 맞게 속까지 충분히 가열합니다. 한꺼번에 넣는 양과 기기 성능에 따라 시간이 달라지므로 이 자료에서 공통 전자레인지 시간을 정하지 않습니다. 필요한 조리시간이 5분보다 길면 준비시간 목표를 늘리거나, 다음 날 바로 먹을 수 있는 다른 식탁을 선택합니다.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준비 뒤 물어볼 두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예상보다 오래 걸린 단계와 이유 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내일 미리 해 둘 수 있는 일 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식사시간은 별도로 확보합니다. 5분에 맞추려고 서둘러 삼키거나 이동·운전하면서 먹는 계획을 세우지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전날 준비는 보관까지 마쳐야 끝납니다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전날에는 다음 날 먹을 사람과 시간을 확인하고 필요한 만큼만 준비합니다. 냉장이 필요한 음식을 아침에 빨리 꺼내려고 조리대에 밤새 올려 두는 방식은 사용하지 않습니다. 작업이 끝나면 각 재료의 보관장소로 돌려놓고 준비한 날을 적습니다.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메뉴를 정한 뒤 할 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① 그릇과 식기는 깨끗하게 준비합니다. ② 필요한 재료만 씻거나 익힙니다. 날고기·생선에 쓴 도구와 바로 먹을 음식의 도구는 구분합니다. ③ 조리한 음식은 상온에 오래 두지 말고 신속히 식혀 적절한 용기에 담아 냉장·냉동 보관합니다. 소분할 때는 얕은 용기에 나누어 식히는 방법을 활용할 수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제품의 보관방법과 개봉 후 안내를 확인하세요. 냉장고에 넣었다고 모든 음식이 일주일간 보관되는 것은 아닙니다. 이번 책자의 7일 기록은 관찰기간이며, 같은 음식을 일요일에 모두 만들어 일주일 내내 냉장 보관하라는 뜻이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아침에 반드시 남길 시간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손은 조리 전에 흐르는 물과 비누로 30초 이상 씻습니다. 가열이 필요한 음식은 속까지 충분히 익히고, 전날 조리해 보관한 음식도 필요한 재가열을 마칩니다. 5분이 됐다는 이유로 가열을 중단하지 않습니다. 냉동식품은 냉장고나 전자레인지 등 적절한 방법으로 해동하고, 상온에 밤새 두고 해동하지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사용을 보류할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보관 이력을 모르거나 포장 손상, 변질이 의심되는 식품은 맛을 보아 확인하지 않습니다. 다시 가열하면 모두 해결된다고 생각하지 말고 해당 식품을 사용하지 않는 대안으로 바꾸세요. 제품은 제조자에게 보관 이력과 함께 문의합니다.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예시: 저녁에 준비한 반찬을 실온에 둔 채 잠들었습니다. 아침에는 그 반찬을 사용하지 않고, 표시와 상태를 확인한 빵과 다른 곁들임으로 바꾸었습니다. 기록에는 ‘반찬 보관 누락, 다음에는 준비 후 바로 보관’이라고 적었습니다.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위생 설명 참고: 식품의약품안전처 「2024년 건강한 설 명절 보내기」, 「식중독 위험높은 여름…손보구가세 실천으로 건강 지키세요」(2025.7.18). 실제 제품 안내를 함께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준비가 어긋난 날에는 할 일을 줄입니다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대안은 바쁜 아침에 새로 고민하지 않도록 전날 한 가지 정해 둡니다. 바꾼 식탁과 이유를 쓰면 다음 계획에 도움이 됩니다. 원래 메뉴를 지키는 것보다 실제 상황에 맞게 준비하는 것이 우선입니다.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3855"/>
        <w:gridCol w:w="3515"/>
      </w:tblGrid>
      <w:tr>
        <w:trPr>
          <w:cantSplit/>
          <w:tblHeader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오늘의 상황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오늘 선택할 대안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다음에 바꿀 일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전날 손질을 못 했음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표시상 바로 먹을 수 있고 보관을 확인한 재료로 조합을 바꿉니다.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손질이 필요한 메뉴는 여유 있는 날로 옮깁니다.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가열에 더 오래 걸림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충분히 가열한 뒤 먹고 실제 시간을 적습니다.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한 번에 데울 양과 기기 사용 순서를 바꿔 봅니다.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필요한 재료가 없음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이미 먹을 수 있는 다른 재료로 바꾸거나 식탁 구성을 다시 정합니다.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부족한 품목만 장보기표에 넣습니다.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보관 이력이 불분명함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해당 식품을 사용하지 않는 식탁으로 바꿉니다.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만든 날, 개봉일과 보관 위치를 남깁니다.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가족의 출발시간이 달라짐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누가 어느 시간에 준비할지 나눕니다. 냉장식품을 미리 식탁에 오래 두지 않습니다.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먹는 시간과 준비 담당을 함께 확인합니다.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식사시간 자체가 부족함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이동하며 급하게 먹지 않고, 안전하게 앉아 먹을 시간과 장소를 다시 정합니다.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집에서 준비하지 못한 날도 그대로 기록합니다.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밖에서 먹기로 바꾼 날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집에서 준비하지 않았다는 사실을 남기면 됩니다. 외부에서 먹을 때 필요한 원료와 알레르기 정보, 이용 가능한 시간을 확인하세요. 집에서 만든 냉장식품을 가지고 나간다면 보냉과 보관조건을 확보해야 하며, 가방에 오래 두는 대안은 사용하지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미리 정해 둘 대안 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몸이 불편한 날의 식사 변경은 이 책자가 정하지 않습니다. 개인별 식사 지침을 따르고 준비를 돕는 사람과 상의하세요.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장보기는 먹을 횟수와 있는 양을 맞춥니다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먼저 이번 주 집에서 아침을 준비할 날과 인원수를 적습니다. 메뉴를 정한 뒤 필요한 양에서 실제 사용할 수 있는 재고를 뺍니다. 할인 묶음이 크더라도 보관공간과 먹을 계획이 없으면 필요한 양을 다시 정하세요.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두 사람이 계획한 가상 장보기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두 성인이 빵 식탁을 3일, 요거트 식탁을 2일, 밥 식탁을 1일 먹고 하루는 밖에서 먹는 예입니다. 아래 양은 이 가구가 정한 사용량이며 개인에게 권하는 섭취량이 아닙니다. 곁들임과 밥 식탁 재료는 집에 있고 사용할 수 있는 상태라고 가정했습니다.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742"/>
        <w:gridCol w:w="1984"/>
        <w:gridCol w:w="1984"/>
      </w:tblGrid>
      <w:tr>
        <w:trPr>
          <w:cantSplit/>
          <w:tblHeader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품목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계획상 필요량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사용할 재고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부족량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식빵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하루 합계 4장 × 3일 = 12장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4장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8장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요거트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하루 합계 2컵 × 2일 = 4컵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2컵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2컵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바나나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하루 합계 2개 × 2일 = 4개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1개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3개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부족량과 실제 판매 포장단위는 다를 수 있습니다. 8장이 필요한데 10장짜리만 있다면 남는 2장을 언제 어떻게 사용할지 먼저 정합니다. 그 계획이 없으면 작은 포장이나 다른 메뉴를 검토하세요. 보관조건이 불확실한 식품을 재고에서 빼 둔 경우에는 확인 전까지 사용할 수 있다고 계산하지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주중에 한 번 조정합니다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수요일이나 목요일에 앞으로 먹을 횟수만 다시 봅니다. 약속이 생겼으면 계획을 줄이고, 예상보다 남았으면 추가 구매를 미룹니다. 새로 사야 하는 양이 0이면 “구매 없음”도 정상적인 계획입니다.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이번 주 집에서 준비할 날과 인원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지금 사지 않아도 되는 품목 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장보기표는 16쪽에 있습니다. R03의 전체 재고 목록을 복사하지 않고 이번 아침 계획에 필요한 부족분만 적습니다.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 1 두 사람의 일주일 계획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아래 가구, 시간, 메뉴와 대화는 교육용 가상 예시입니다. 실제 고객후기나 대표의 경험이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두 성인이 평일에는 7시 30분에 식사를 시작합니다. 주말은 토요일만 집에서 준비합니다. R03에서 식빵, 요거트와 냉동 밥 기록을 가져오고, 사용할 때 현재 상태와 안내를 다시 확인하기로 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2721"/>
        <w:gridCol w:w="3969"/>
        <w:gridCol w:w="1814"/>
      </w:tblGrid>
      <w:tr>
        <w:trPr>
          <w:cantSplit/>
          <w:tblHeader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요일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계획한 식탁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전날 확인과 준비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아침 담당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월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A 빵, 치즈, 오이, 과일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사용량 확인, 채소·과일 준비와 보관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한 사람 상차림, 다른 사람 식기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화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C 요거트, 곡물제품, 바나나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바로 먹는 제품인지 확인, 그릇 준비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먼저 일어난 사람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수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A 빵 식탁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수량 확인과 필요한 세척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함께 준비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목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C 요거트 식탁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남은 양과 바나나 상태 확인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먼저 일어난 사람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금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A 빵 식탁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금요일 먹을 분량만 확인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한 사람 상차림, 다른 사람 식기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토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B 밥과 준비된 반찬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가열방법과 보관 이력 확인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기기 사용 순서를 정해 함께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일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집에서 준비하지 않음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외출 일정과 식사할 시간 확인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집 준비는 해당 없음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가족과 나눈 대화의 예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“이번 주에는 빵을 세 번 먹어 볼까요? 굽는 시간이 필요하면 그 시간도 재 볼게요.”</w:t>
        <w:br/>
        <w:t>“수요일에는 내가 오이를 준비할게요. 못 하면 아침 기록에 그대로 적어요.”</w:t>
        <w:br/>
        <w:t>“아침에 쓰는 시간만 줄고 전날 일이 너무 많아지면 메뉴를 바꿔 봅시다.”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대안은 ‘손질이 안 됐으면 다른 준비된 곁들임 사용’, ‘가열이 길어지면 시간을 더 확보’, ‘보관이 불분명한 음식은 사용하지 않음’으로 정했습니다. 집 준비를 쉬는 일요일에는 0분으로 적지 않고 해당 없음으로 남깁니다.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A, B, C는 4쪽의 식탁 예시를 가리킵니다. 실제 가구는 먹는 양과 원료 제한, 보관 및 일정에 맞춰 내용을 바꿉니다.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 2 계획과 달랐던 날도 남깁니다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아래 시간과 이용 소감은 가상 기록입니다. 실측 검증이나 실제 고객의 성공사례가 아닙니다.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1361"/>
        <w:gridCol w:w="1587"/>
        <w:gridCol w:w="5613"/>
      </w:tblGrid>
      <w:tr>
        <w:trPr>
          <w:cantSplit/>
          <w:tblHeader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요일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전날 준비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아침 준비</w:t>
            </w:r>
          </w:p>
        </w:tc>
        <w:tc>
          <w:tcPr>
            <w:tcW w:type="dxa" w:w="56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실제로 한 일과 다음 수정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월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8분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4분 40초</w:t>
            </w:r>
          </w:p>
        </w:tc>
        <w:tc>
          <w:tcPr>
            <w:tcW w:type="dxa" w:w="56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A 실행. 필요한 식기를 먼저 꺼내 둔 점이 편했음.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화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3분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3분 50초</w:t>
            </w:r>
          </w:p>
        </w:tc>
        <w:tc>
          <w:tcPr>
            <w:tcW w:type="dxa" w:w="56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C 실행. 출발시간 변경으로 원래 준비한 양을 줄임.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수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0분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7분 30초</w:t>
            </w:r>
          </w:p>
        </w:tc>
        <w:tc>
          <w:tcPr>
            <w:tcW w:type="dxa" w:w="56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A 실행. 전날 세척을 못 해 아침에 씻느라 더 걸림.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목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4분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4분 20초</w:t>
            </w:r>
          </w:p>
        </w:tc>
        <w:tc>
          <w:tcPr>
            <w:tcW w:type="dxa" w:w="56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C 실행. 남은 재료를 먼저 확인해 추가 구매 안 함.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금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2분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5분 40초</w:t>
            </w:r>
          </w:p>
        </w:tc>
        <w:tc>
          <w:tcPr>
            <w:tcW w:type="dxa" w:w="56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A 실행. 식기를 찾는 데 시간이 걸려 보관 위치를 정함.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토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0분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6분 20초</w:t>
            </w:r>
          </w:p>
        </w:tc>
        <w:tc>
          <w:tcPr>
            <w:tcW w:type="dxa" w:w="56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B 실행. 가열 대기도 포함해 기록, 충분히 데운 뒤 먹음.</w:t>
            </w:r>
          </w:p>
        </w:tc>
      </w:tr>
      <w:tr>
        <w:trPr>
          <w:cantSplit/>
        </w:trPr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일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해당 없음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해당 없음</w:t>
            </w:r>
          </w:p>
        </w:tc>
        <w:tc>
          <w:tcPr>
            <w:tcW w:type="dxa" w:w="56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외출하여 집 준비를 하지 않음. 실제 식사장소만 메모.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집에서 준비한 날은 6일이고 그중 5분 이내는 3일입니다. 아침 준비시간 합계는 32분 20초, 전날 준비 합계는 17분입니다. 기록된 두 시간의 합은 49분 20초이며 장보기, 식사, 식후 정리는 포함하지 않았습니다. 이 숫자를 건강점수나 목표 달성 등급으로 사용하지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다섯 항목으로 정리한 결과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① 확인한 내용: 미리 손질한 날에는 아침 세척이 줄었다.</w:t>
        <w:br/>
        <w:t>② 미확인 내용: 다음 주 토요일의 식사 인원.</w:t>
        <w:br/>
        <w:t>③ 새롭게 알게 된 점: 가열 대기와 식기 찾기도 준비시간이었다.</w:t>
        <w:br/>
        <w:t>④ 다음 확인: 금요일 저녁에 토요일 인원과 반찬 보관 이력 확인.</w:t>
        <w:br/>
        <w:t>⑤ 계속할 한 가지: 전날 식기를 한곳에 준비하고 못 한 일은 그대로 적기.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직접 써 보는 이용 소감의 예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“5분을 넘긴 날에도 시간을 적으니 무엇이 오래 걸렸는지 알 수 있었습니다. 다음 주에는 전날 준비가 오래 걸리는 메뉴를 줄여 보려고 합니다.”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위 문장은 교육용 가상 소감입니다. 실제 홍보후기로 사용하지 않습니다. 고객은 17쪽에 자신의 경험을 직접 남깁니다.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우리 집 아침 조건과 사용할 재료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아침에 쓸 재료만 적습니다. R03 기록이 있으면 번호를 함께 쓰고 현재 상태가 달라졌는지 확인하세요. 개인의 질환명이나 검사수치를 기록할 필요는 없습니다.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실천기간과 집에서 준비할 요일 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먹을 사람 수와 식사 시작시간 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준비할 사람과 이용할 기기 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3175"/>
        <w:gridCol w:w="3402"/>
      </w:tblGrid>
      <w:tr>
        <w:trPr>
          <w:cantSplit/>
          <w:tblHeader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R03 번호 또는 재료</w:t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사용 가능한 양과 근거</w:t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남은 준비와 확인할 점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현재 양과 보관 안내를 다시 확인했습니다.</w:t>
        <w:br/>
        <w:t>□ 가족이 피해야 할 원료와 먹는 방식을 확인했습니다.</w:t>
        <w:br/>
        <w:t>□ 사용을 보류할 재료를 계획에서 뺐습니다.</w:t>
        <w:br/>
        <w:t>□ 전날 준비시간과 식사시간을 따로 확보했습니다.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먼저 해결할 질문 한 가지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앞선 기록이 없으면 아침에 사용할 재료만 새로 적으면 됩니다. 보관 이력이 불분명한 식품은 이 표에 적었다는 이유로 사용하지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식탁 두 가지와 대안을 정합니다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첫날에는 한 가지를 준비해 실제 시간을 재 보세요. 예상보다 오래 걸린 일은 두 번째 준비계획에 반영합니다. 시간 목표 때문에 세척과 가열을 줄이지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3628"/>
        <w:gridCol w:w="3628"/>
      </w:tblGrid>
      <w:tr>
        <w:trPr>
          <w:cantSplit/>
          <w:tblHeader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계획할 내용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식탁 A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식탁 B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음식과 먹을 사람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전날 할 일과</w:t>
              <w:br/>
              <w:t>보관할 곳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아침 실행 순서와</w:t>
              <w:br/>
              <w:t>담당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필요한 가열·대기</w:t>
              <w:br/>
              <w:t>또는 추가 확인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계획이 어긋나면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전날 준비를 못 했을 때 바꿀 식탁 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재료를 사용하지 못할 때의 대안 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첫 시도 시작 ____시 ____분 ____초 / 완료 ____시 ____분 ____초</w:t>
        <w:br/>
        <w:t>실제 아침 준비 ____분 ____초 / 전날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오래 걸린 단계와 다음 수정 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아침 시간에는 손 씻기, 재료 꺼내기, 세척, 가열과 대기, 상차림이 포함됩니다. 전날 준비와 장보기, 식사, 식후 정리는 별도입니다.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일주일 실천계획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식탁 A와 B를 반복해도 됩니다. 집에서 준비하지 않는 날은 그 사실을 적고 실제 식사할 시간과 장소를 확인하세요. 계획은 주중에도 바꿀 수 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494"/>
        <w:gridCol w:w="2835"/>
        <w:gridCol w:w="2494"/>
      </w:tblGrid>
      <w:tr>
        <w:trPr>
          <w:cantSplit/>
          <w:tblHeader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요일과 날짜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식탁과 인원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전날 할 일과 담당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어긋나면 쓸 대안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월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화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수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목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금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토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일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중간에 계획을 다시 볼 날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가족과 미리 합의할 한 가지 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요일은 본인이 시작하는 날에 맞춰 사용하세요. 이 표를 작성했다고 7일 활식 입문 챌린지에 신청되거나 출석이 인정되는 것은 아닙니다.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실제 기록 1일부터 3일까지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전날 준비와 아침 준비를 구분합니다. 실제로 재지 못한 시간은 모름, 집에서 준비하지 않은 날은 해당 없음으로 적으세요. 기다리거나 중단된 시간도 아침 경과시간에서 빼지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내일 바꿀 일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내일 바꿀 일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내일 바꿀 일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숫자는 소요시간 기록입니다. 식품의 안전성이나 건강상태를 판정하는 점수가 아닙니다. 식후 정리 부담도 달라진 점에 메모할 수 있습니다.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실제 기록 4일부터 7일까지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시간을 재지 못하면 모름, 집에서 준비하지 않은 날은 해당 없음으로 남깁니다. 전날 준비를 하지 않았다면 0분으로 적습니다.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다음에 바꿀 일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다음에 바꿀 일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6일차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다음에 바꿀 일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7일차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다음에 바꿀 일 ________________________________________________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부족한 장보기와 남은 질문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13쪽의 횟수와 인원, 현재 사용할 수 있는 양을 대조합니다. 아래는 이번 아침 계획에 필요한 부족분만 적는 표입니다. 필요한 양보다 포장단위가 크면 남는 양의 사용계획도 적으세요.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587"/>
        <w:gridCol w:w="1928"/>
        <w:gridCol w:w="3628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품목과 단위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필요량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사용할 재고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구매량과 남을 양의 계획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계획 변경으로 사지 않을 품목 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확인이 필요한 질문 한 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대상 재료 또는 가족과 확인할 내용 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질문과 문의할 사람 또는 곳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답과 확인일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아직 남은 질문 또는 다음 행동 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확인 완료 □ 일부 확인 □ 답변 대기 □ 아직 문의 전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질문 예: “이 곡물제품은 가열 없이 먹는 제품인가요?” “개봉 후 보관 안내는 어디에 있나요?” “목요일에도 두 사람이 집에서 먹나요?” 답변이 없으면 추정해서 채우지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일주일 결과와 내 이용 소감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집에서 준비한 날 ____일 / 그중 시간을 기록한 날 ____일</w:t>
        <w:br/>
        <w:t>기록한 날 중 5분 이내 ____일 / 시간이 미확인인 날 ____일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‘해당 없음’과 ‘모름’을 0분으로 계산하지 않습니다. 5분 이내 횟수는 비교용 기록이며 수료기준이나 건강점수가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이번에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실제로 준비하며 확인한 사실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재료나 일정에서 남은 질문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시간이 걸리거나 도움이 되었던 일 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다음에 확인할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누구에게 무엇을 언제 확인할지 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다음 주에 계속할 한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할 일과 시작할 날 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직접 작성하는 이용 소감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편했던 점 또는 불편했던 점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다음에도 쓸 식탁과 바꿀 점 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내 기록으로 보관하세요. 사진이나 글을 외부 후기와 홍보에 사용하는 것에 동의한 서식이 아닙니다. 공개 이용은 별도 안내와 본인의 선택이 필요합니다.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무료교육에서 실천계획을 다듬으세요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무료강의 5강</w:t>
        <w:br/>
        <w:t>우리 집 활식 첫 계획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일주일 동안 어떤 식탁을 준비했고, 어디에서 시간이 더 걸렸나요? 이 강의에서는 지금 계속 사용할 식재료, 먼저 확인할 내용, 가족과 나눌 대화, 다음 7일 동안 실천할 행동 한 가지를 정리합니다.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강의에 가져갈 기록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R07의 17쪽 결과와 남은 질문 한 개를 준비하세요. R03에서 같은 내용을 이미 썼다면 다시 적기보다 이번 아침 기록으로 달라진 부분을 보완하면 됩니다. 모든 칸을 채우거나 5분 안에 준비했어야 강의를 이용할 수 있는 것은 아닙니다.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강의에서 정리하고 싶은 질문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수강방법 문의문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자료를 받은 곳의 섬내음 담당자에게 아래 문구로 문의하세요.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“R07 「우리 집 5분 아침 식탁 실천자료」를 이용했습니다. 무료강의 5강 「우리 집 활식 첫 계획」의 수강방법을 안내받고 싶습니다.”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담당자가 안내하는 실제 제공 상태와 이용방법을 확인한 뒤 이용하세요. 이 책자에는 확인되지 않은 강의 주소나 일정을 넣지 않았습니다.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그다음 실천과정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마스터에서 이어지는 과정은 「7일 활식 입문 챌린지」입니다. 이 책자의 개인 기록과 별도로 운영되는 과정이며, 참여 조건과 비용은 실제 안내를 확인해야 합니다. 여기서 작성한 일주일 기록만으로 챌린지 신청이나 수료가 처리되지는 않습니다. 지금의 다음 행동은 위 무료강의 수강방법을 확인하는 것입니다.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믿고 먹는 섬내음 | 정포크라테스 정영숙</w:t>
        <w:br/>
        <w:t>기획, 집필, 편집: 한영인컨설팅그룹 | R07 V1.0 | 2026.10.17</w:t>
        <w:br/>
        <w:t>위생 설명은 식품의약품안전처 공식 안내를 참고했습니다. 출처와 확인일은 별도 출처·검수기록에 정리했습니다.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R07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집 5분 아침 식탁 실천자료</dc:title>
  <dc:subject>믿고 먹는 섬내음 고객교육자료 R07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