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5분 아침 식탁 한 장 요약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5분은 아침 준비 시작부터 상차림 완료까지의 목표입니다. 손 씻기, 재료 꺼내기, 필요한 세척, 가열과 대기, 상차림을 포함합니다. 전날 준비, 장보기, 식사와 식후 정리는 별도입니다.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7994"/>
      </w:tblGrid>
      <w:tr>
        <w:trPr>
          <w:cantSplit/>
          <w:tblHeader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순서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오늘 할 일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 재료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R03에서 아침에 쓸 두세 가지만 가져옵니다. 현재 양과 상태를 다시 보고 미확인 재료는 사용하지 않습니다.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 식탁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빵과 곁들임, 밥과 준비된 반찬, 요거트와 바로 먹는 곡물제품 등 실제로 먹을 조합 두 가지를 정합니다.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 전날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먹을 사람과 시간을 확인하고 필요한 만큼 준비합니다. 조리한 음식은 신속히 식혀 적절히 냉장·냉동 보관합니다.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 아침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흐르는 물과 비누로 30초 이상 손을 씻습니다. 실제 준비시간을 재고 필요한 가열은 충분히 마칩니다.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 대안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손질을 못 했으면 준비된 재료로 바꾸고, 보관이 불분명하면 사용하지 않습니다. 계획을 바꾼 이유도 적습니다.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 기록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전날과 아침 시간을 따로 적습니다. 모름과 해당 없음을 0분으로 바꾸지 않습니다. 다음 주에 바꿀 일 하나를 남깁니다.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예: 전날 8분 + 아침 4분 40초 = 기록된 준비시간 12분 40초. 모든 준비가 5분이라는 뜻이 아닙니다. 메뉴는 개인별 영양·치료 처방이 아닙니다.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반복할 식탁과 대안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전날 할 일과 보관할 곳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내일 확인하거나 바꿀 한 가지 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무료교육: 5강 「우리 집 활식 첫 계획」. 이 자료를 받은 곳의 섬내음 담당자에게 수강방법을 문의하세요. 이후의 7일 활식 입문 챌린지는 별도 과정으로 참여조건을 확인합니다.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믿고 먹는 섬내음 | 정포크라테스 정영숙 | 한영인컨설팅그룹 | R07 V1.0 | 2026.10.17</w:t>
        <w:br/>
        <w:t>위생 설명 참고: 식품의약품안전처 식중독 예방 안내(2024, 2025).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R07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5분 아침 식탁 한 장 요약</dc:title>
  <dc:subject>믿고 먹는 섬내음 고객교육자료 R07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