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우리 집 아침 조건과 사용할 재료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R07의 작성 부분만 따로 인쇄한 실습지입니다. R03에서 이번 아침에 쓸 재료 두세 가지만 가져오세요. 5분은 손 씻기부터 상차림까지이며 전날 준비, 장보기, 식사와 식후 정리는 별도입니다.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실천기간과 집에서 준비할 요일 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먹을 사람 수와 식사 시작시간 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준비할 사람과 이용할 기기 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3175"/>
        <w:gridCol w:w="3402"/>
      </w:tblGrid>
      <w:tr>
        <w:trPr>
          <w:cantSplit/>
          <w:tblHeader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R03 번호 또는 재료</w:t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사용 가능한 양과 근거</w:t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남은 준비와 확인할 점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현재 양과 보관 안내를 다시 확인했습니다.</w:t>
        <w:br/>
        <w:t>□ 가족이 피해야 할 원료와 먹는 방식을 확인했습니다.</w:t>
        <w:br/>
        <w:t>□ 사용을 보류할 재료를 계획에서 뺐습니다.</w:t>
        <w:br/>
        <w:t>□ 전날 준비시간과 식사시간을 따로 확보했습니다.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먼저 해결할 질문 한 가지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앞선 기록이 없으면 아침에 사용할 재료만 새로 적으면 됩니다. 보관 이력이 불분명한 식품은 이 표에 적었다는 이유로 사용하지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식탁 두 가지와 대안을 정합니다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첫날에는 한 가지를 준비해 실제 시간을 재 보세요. 예상보다 오래 걸린 일은 두 번째 준비계획에 반영합니다. 시간 목표 때문에 세척과 가열을 줄이지 않습니다.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3628"/>
        <w:gridCol w:w="3628"/>
      </w:tblGrid>
      <w:tr>
        <w:trPr>
          <w:cantSplit/>
          <w:tblHeader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계획할 내용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식탁 A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식탁 B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음식과 먹을 사람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전날 할 일과</w:t>
              <w:br/>
              <w:t>보관할 곳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아침 실행 순서와</w:t>
              <w:br/>
              <w:t>담당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필요한 가열·대기</w:t>
              <w:br/>
              <w:t>또는 추가 확인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계획이 어긋나면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전날 준비를 못 했을 때 바꿀 식탁 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재료를 사용하지 못할 때의 대안 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첫 시도 시작 ____시 ____분 ____초 / 완료 ____시 ____분 ____초</w:t>
        <w:br/>
        <w:t>실제 아침 준비 ____분 ____초 / 전날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오래 걸린 단계와 다음 수정 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아침 시간에는 손 씻기, 재료 꺼내기, 세척, 가열과 대기, 상차림이 포함됩니다. 전날 준비와 장보기, 식사, 식후 정리는 별도입니다.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일주일 실천계획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앞쪽에서 정한 식탁 A와 B를 반복해도 됩니다. 집에서 준비하지 않는 날은 그 사실과 식사할 시간·장소를 적습니다. 계획은 주중에도 바꿀 수 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494"/>
        <w:gridCol w:w="2835"/>
        <w:gridCol w:w="2494"/>
      </w:tblGrid>
      <w:tr>
        <w:trPr>
          <w:cantSplit/>
          <w:tblHeader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요일과 날짜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식탁과 인원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전날 할 일과 담당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어긋나면 쓸 대안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월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화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수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목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금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토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일</w:t>
              <w:br/>
              <w:t>____월 ____일</w:t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중간에 계획을 다시 볼 날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가족과 미리 합의할 한 가지 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요일은 본인이 시작하는 날에 맞춰 사용하세요. 이 표를 작성했다고 7일 활식 입문 챌린지에 신청되거나 출석이 인정되는 것은 아닙니다.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실제 기록 1일부터 3일까지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전날 준비와 아침 준비를 구분합니다. 실제로 재지 못한 시간은 모름, 집에서 준비하지 않은 날은 해당 없음으로 적으세요. 기다리거나 중단된 시간도 아침 경과시간에서 빼지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내일 바꿀 일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내일 바꿀 일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내일 바꿀 일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숫자는 소요시간 기록입니다. 식품의 안전성이나 건강상태를 판정하는 점수가 아닙니다. 식후 정리 부담도 달라진 점에 메모할 수 있습니다.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실제 기록 4일부터 7일까지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시간을 재지 못하면 모름, 집에서 준비하지 않은 날은 해당 없음으로 남깁니다. 전날 준비를 하지 않았다면 0분으로 적습니다.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다음에 바꿀 일 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다음에 바꿀 일 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6일차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다음에 바꿀 일 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7일차 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계획대로 준비 □ 바꾸어 준비 □ 집 준비 안 함</w:t>
        <w:br/>
        <w:t>전날 준비 ____분 ____초 / 아침 준비 ____분 ____초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 식탁과 인원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달라진 점과 다음에 바꿀 일 ________________________________________________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부족한 장보기와 남은 질문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3쪽 계획표의 횟수와 인원, 현재 사용할 수 있는 양을 대조합니다. 이번 아침 계획에 필요한 부족분만 적으세요. 포장단위가 크면 남는 양의 사용계획도 적습니다.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1587"/>
        <w:gridCol w:w="1928"/>
        <w:gridCol w:w="3628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품목과 단위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필요량</w:t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사용할 재고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구매량과 남을 양의 계획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계획 변경으로 사지 않을 품목 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확인이 필요한 질문 한 개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대상 재료 또는 가족과 확인할 내용 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질문과 문의할 사람 또는 곳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받은 답과 확인일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아직 남은 질문 또는 다음 행동 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확인 완료 □ 일부 확인 □ 답변 대기 □ 아직 문의 전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질문 예: “이 곡물제품은 가열 없이 먹는 제품인가요?” “개봉 후 보관 안내는 어디에 있나요?” “목요일에도 두 사람이 집에서 먹나요?” 답변이 없으면 추정해서 채우지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일주일 결과와 내 이용 소감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집에서 준비한 날 ____일 / 그중 시간을 기록한 날 ____일</w:t>
        <w:br/>
        <w:t>기록한 날 중 5분 이내 ____일 / 시간이 미확인인 날 ____일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‘해당 없음’과 ‘모름’을 0분으로 계산하지 않습니다. 5분 이내 횟수는 비교용 기록이며 수료기준이나 건강점수가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 이번에 확인한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실제로 준비하며 확인한 사실 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 아직 확인하지 못한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재료나 일정에서 남은 질문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 새롭게 알게 된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시간이 걸리거나 도움이 되었던 일 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 다음에 확인할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누구에게 무엇을 언제 확인할지 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 다음 주에 계속할 한 가지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할 일과 시작할 날 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직접 작성하는 이용 소감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편했던 점 또는 불편했던 점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다음에도 쓸 식탁과 바꿀 점 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내 기록으로 보관하세요. 사진이나 글을 외부 후기와 홍보에 사용하는 것에 동의한 서식이 아닙니다. 공개 이용은 별도 안내와 본인의 선택이 필요합니다.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다음 무료교육은 5강 「우리 집 활식 첫 계획」입니다. 자료를 받은 곳의 섬내음 담당자에게 수강방법을 문의하세요. 이후의 7일 활식 입문 챌린지는 별도 참여조건을 확인합니다.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R07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우리 집 아침 조건과 사용할 재료</dc:title>
  <dc:subject>믿고 먹는 섬내음 고객교육자료 R07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