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520" w:after="280" w:line="80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58"/>
        </w:rPr>
        <w:t>제철 식재료</w:t>
        <w:br/>
        <w:t>12개월 달력</w:t>
      </w:r>
    </w:p>
    <w:p>
      <w:pPr>
        <w:spacing w:after="400"/>
        <w:snapToGrid w:val="0"/>
      </w:pPr>
      <w:r>
        <w:rPr>
          <w:rFonts w:ascii="Noto Sans CJK KR" w:hAnsi="Noto Sans CJK KR" w:eastAsia="Noto Sans CJK KR" w:cs="Noto Sans CJK KR"/>
          <w:color w:val="000000"/>
          <w:sz w:val="26"/>
        </w:rPr>
        <w:t>달마다 한 가지, 생산 시기와 보관방법을 묻고 식탁에 기록합니다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매대에 놓인 식재료가 언제, 어디서 나온 것인지 궁금하셨나요? 이 달력은 한 달에 한 가지씩 대표 재료를 살펴보고, 구매할 때 확인한 내용과 실제로 사용한 경험을 남기는 안내책자입니다.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제철이라는 말 하나로 품질이나 건강효과를 보장하지 않습니다. 수확·어획 시기와 판매 시기가 다를 수 있고, 같은 재료도 지역과 기후, 품종과 재배방식에 따라 출하가 달라집니다.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 책으로 해 볼 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내가 사용할 재료 한 가지를 고르고 생산지역과 시기를 확인합니다. 이번 구매량과 보관할 장소를 정한 뒤, 식탁에 어떻게 사용했는지 적습니다. 답을 듣지 못한 질문도 그대로 남깁니다.</w:t>
      </w:r>
    </w:p>
    <w:p>
      <w:pPr>
        <w:spacing w:before="32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6"/>
        </w:rPr>
        <w:t>믿고 먹는 섬내음</w:t>
        <w:br/>
        <w:t>정포크라테스 정영숙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고객교육자료 R08 | 2026년 10월 17일 | V1.0</w:t>
        <w:br/>
        <w:t>기획, 집필, 편집: 한영인컨설팅그룹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국내 유통 식재료를 살펴보는 일반 소비자교육 자료입니다. 특정 상품 추천, 개인별 영양·치료 처방, 건강효과 보장을 담지 않습니다.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 달력을 읽는 순서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달마다 대표 재료 하나를 담았습니다. 그달에 먹을 수 있는 모든 식품을 모은 목록이나 반드시 사야 할 장보기표는 아닙니다. 지금 필요한 달부터 읽고, 집에서 먹지 않는 재료라면 다른 재료로 바꾸어 기록하세요.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4"/>
        <w:gridCol w:w="7427"/>
      </w:tblGrid>
      <w:tr>
        <w:trPr>
          <w:cantSplit/>
          <w:tblHeader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서로 다른 정보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읽을 때 주의할 점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수확·어획 시기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농산물을 거두거나 수산물을 잡은 시기입니다. 구매일과 같지 않을 수 있습니다.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출하·판매 시기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생산지에서 내보내거나 판매하는 시기입니다. 저장·냉동품은 생산 후 시간이 지나 판매될 수 있습니다.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시설재배·품종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재배환경과 품종에 따라 출하가 앞뒤로 달라집니다. 달력 밖의 달에 나온다고 잘못된 식품은 아닙니다.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생산·판매 지역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생산지역 예시는 전체 산지 목록이나 순위가 아닙니다. 판매자 주소를 생산지로 대신 쓰지 않습니다.</w:t>
            </w:r>
          </w:p>
        </w:tc>
      </w:tr>
    </w:tbl>
    <w:p>
      <w:pPr>
        <w:spacing w:after="0"/>
        <w:snapToGrid w:val="0"/>
      </w:pP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3쪽에서 한 해 흐름을 보고 4~15쪽에서 해당 월의 구매·보관방법을 읽습니다. 16쪽 점검을 마친 뒤 17쪽 예시처럼 확인한 정보와 모르는 정보를 나눕니다. 18~20쪽에 질문과 월별 식탁을 기록하고 21~22쪽에서 결과와 다음 교육을 확인하세요.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시작 전에 정할 것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이번에 볼 달과 재료 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집에서 사용할 날과 보관할 장소 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처음 읽고 한 달 계획을 적는 데 약 15~25분, 이후 기록에는 한 번에 3~5분을 예상합니다. 조리·장보기 시간은 별도입니다. R03에서는 이번 재료의 현재 남은 양만 가져옵니다.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한눈에 보는 12개월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월은 학습 순서입니다. 수확·출하는 지역, 품종, 기후와 재배방식에 따라 달라지며 표의 기간 밖에도 판매될 수 있습니다. 실제 상품은 해당 월 페이지의 질문으로 확인하세요.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721"/>
        <w:gridCol w:w="4592"/>
      </w:tblGrid>
      <w:tr>
        <w:trPr>
          <w:cantSplit/>
          <w:tblHeader/>
        </w:trPr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월·대표 재료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생산지역 예시</w:t>
            </w:r>
          </w:p>
        </w:tc>
        <w:tc>
          <w:tcPr>
            <w:tcW w:type="dxa" w:w="4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시기 읽기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1월 겨울 시금치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신안·남해·포항</w:t>
            </w:r>
          </w:p>
        </w:tc>
        <w:tc>
          <w:tcPr>
            <w:tcW w:type="dxa" w:w="4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남부 노지 겨울 출하 / 시설은 연중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2월 시설 딸기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논산·진주·담양</w:t>
            </w:r>
          </w:p>
        </w:tc>
        <w:tc>
          <w:tcPr>
            <w:tcW w:type="dxa" w:w="4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시설재배 겨울~봄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3월 바지락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서해안·옹진·고창</w:t>
            </w:r>
          </w:p>
        </w:tc>
        <w:tc>
          <w:tcPr>
            <w:tcW w:type="dxa" w:w="4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봄철 / 지역별 확인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4월 주꾸미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서해안 어획지역</w:t>
            </w:r>
          </w:p>
        </w:tc>
        <w:tc>
          <w:tcPr>
            <w:tcW w:type="dxa" w:w="4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봄 3~4월, 가을도 어획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5월 참외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성주 등</w:t>
            </w:r>
          </w:p>
        </w:tc>
        <w:tc>
          <w:tcPr>
            <w:tcW w:type="dxa" w:w="4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봄~초여름 / 조기·연장재배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6월 양파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무안·창녕·김천</w:t>
            </w:r>
          </w:p>
        </w:tc>
        <w:tc>
          <w:tcPr>
            <w:tcW w:type="dxa" w:w="4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중만생 5월 하순~6월 상·중순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7월 찰옥수수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홍천 등</w:t>
            </w:r>
          </w:p>
        </w:tc>
        <w:tc>
          <w:tcPr>
            <w:tcW w:type="dxa" w:w="4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여름 / 시설은 더 빠를 수 있음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8월 복숭아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이천 장호원 등</w:t>
            </w:r>
          </w:p>
        </w:tc>
        <w:tc>
          <w:tcPr>
            <w:tcW w:type="dxa" w:w="4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품종별 초여름~초가을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9월 고구마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해남·영암·무안</w:t>
            </w:r>
          </w:p>
        </w:tc>
        <w:tc>
          <w:tcPr>
            <w:tcW w:type="dxa" w:w="4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보통기 9월 하순~10월 상·중순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10월 고등어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제주 주변·남해 해역</w:t>
            </w:r>
          </w:p>
        </w:tc>
        <w:tc>
          <w:tcPr>
            <w:tcW w:type="dxa" w:w="4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국내산 가을~겨울 / 냉동·수입 별도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11월 가을배추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해남·괴산 등</w:t>
            </w:r>
          </w:p>
        </w:tc>
        <w:tc>
          <w:tcPr>
            <w:tcW w:type="dxa" w:w="4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가을~초겨울 / 재배시기별 차이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12월 굴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통영·거제·고흥</w:t>
            </w:r>
          </w:p>
        </w:tc>
        <w:tc>
          <w:tcPr>
            <w:tcW w:type="dxa" w:w="4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겨울 중심 / 산지별 출하 차이</w:t>
            </w:r>
          </w:p>
        </w:tc>
      </w:tr>
    </w:tbl>
    <w:p>
      <w:pPr>
        <w:spacing w:after="0"/>
        <w:snapToGrid w:val="0"/>
      </w:pP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국내산과 수입산의 계절을 섞어 판단하지 않습니다. 냉동·저장·가공 상태의 차이는 식품의 우열이 아니라 구매 후 보관과 조리계획에 필요한 정보로 봅니다.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자료 확인일 2026.10.17. 각 월의 근거는 23~24쪽 S01~S16과 별도 출처기록에 수록했습니다. 현재 가격·판매수량·입고일은 제공하지 않습니다.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01월  |  겨울 시금치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생산지역 예시: 전남 신안, 경남 남해, 경북 포항 등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남부 노지의 겨울 출하가 대표적입니다. 시설재배 시금치는 다른 계절에도 나옵니다.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달력에 1월 재료로 실었다고 시금치가 겨울에만 자라는 것은 아닙니다. 남부 노지에서 자란 겨울 시금치와 시설재배한 시금치는 같은 이름으로 판매될 수 있습니다. 어느 지역에서 어떤 방식으로 재배했는지 물어보면 이번에 산 시금치의 배경을 조금 더 알 수 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구매할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잎이 심하게 시들거나 짓무른 부분은 없는지 살펴봅니다. 무침이나 국 중 어디에 쓸지 먼저 정하고 한 번에 손질할 양을 고르세요. 산지 이름만으로 맛과 품질이 모두 같다고 판단하지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집에서 보관할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흙이 묻은 생시금치는 씻기 전 상태로 종이나 키친타월로 감싸 냉장 보관할 수 있습니다. 씻었다면 남은 물기를 줄여 용기에 담습니다. 사과처럼 에틸렌을 내는 과일과 따로 두고, 제품에 별도 안내가 있으면 그 안내를 따릅니다.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식탁에 쓰고 기록하기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시금치나물 또는 시금치국에 필요한 만큼 사용합니다. 반찬을 여러 번 먹을 계획이라면 생재료와 조리 뒤 보관을 같은 것으로 보지 마세요.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판매자에게 물어볼 말: “이 시금치는 어느 지역의 노지 또는 시설에서 재배했고, 언제 수확한 것인가요?”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확인한 내용 또는 남은 질문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이번 달의 작은 실천: 사 온 날과 사용할 날을 함께 적습니다.</w:t>
        <w:br/>
        <w:t>근거: S01·S13 (23~24쪽). 실제 상품의 상태와 안내를 함께 확인합니다.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02월  |  시설 딸기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생산지역 예시: 충남 논산, 경남 진주, 전남 담양 등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시설재배로 겨울부터 봄까지 출하되는 딸기를 살펴봅니다. 농가와 품종에 따라 시작과 끝이 달라집니다.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딸기의 계절을 생각할 때는 재배방식을 함께 봅니다. 과거 노지 딸기의 늦봄 이미지와 달리 시설재배 딸기는 겨울에도 출하됩니다. 2월은 시설 딸기를 알아보도록 정한 달이며, 겨울에 판매된다는 이유로 비정상적인 식품이라고 볼 근거는 없습니다.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구매할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꼭지와 과육의 상태, 눌려 물이 생긴 부분, 곰팡이 여부를 살펴봅니다. 크기가 크다는 사실만으로 당도나 맛을 단정하지 않습니다. 포장 안쪽까지 확인하고 먹을 인원과 날짜에 맞는 양을 고르세요.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집에서 보관할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미리 모두 씻어 두기보다 먹을 만큼 씻습니다. 남은 딸기는 꼭지가 붙은 상태로 눌리지 않게 용기에 담아 냉장 보관하고, 물기가 고이지 않게 살펴봅니다. 실온에 장식처럼 오래 두지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식탁에 쓰고 기록하기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먹을 만큼 씻어 과일 접시에 담거나, 평소 먹는 요거트에 곁들일 수 있습니다. 특정 조합을 반드시 먹어야 하는 것은 아닙니다.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판매자에게 물어볼 말: “품종과 재배지역은 무엇이며, 수확일 또는 출하일을 확인할 수 있나요?”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확인한 내용 또는 남은 질문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이번 달의 작은 실천: 포장일과 수확일을 구분해 적습니다.</w:t>
        <w:br/>
        <w:t>근거: S02 (23~24쪽). 실제 상품의 상태와 안내를 함께 확인합니다.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03월  |  바지락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생산지역 예시: 서해안 갯벌 지역. 인천 옹진, 전북 고창 등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봄철에 살펴볼 대표 수산물입니다. 3~5월의 지역 소개 사례가 있으나 모든 산지의 수확기간이 같은 것은 아닙니다.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바지락은 계절뿐 아니라 채취·생산지역과 유통상태를 확인하는 일이 중요합니다. 같은 봄이라도 산지와 출하상태가 달라집니다. 달력은 바지락을 직접 채취해도 되는 장소나 날짜를 알려 주는 자료가 아닙니다.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구매할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껍데기가 깨진 것은 피하고 냉장 유통 여부와 원산지·생산 관련 정보를 확인합니다. 살아 있는 바지락인지, 손질·냉동한 제품인지 구분해 묻습니다. 해감했다는 말은 모래 등을 빼는 처리 설명이지 모든 위해요소가 제거됐다는 뜻이 아닙니다.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집에서 보관할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구매 후 바로 제품 안내에 맞게 차갑게 보관하고 사용할 시점을 정합니다. 해감 방법과 소요시간은 판매 안내를 확인하세요. 상온에 오래 담가 두는 방식으로 보관을 대신하지 않습니다. 충분히 가열해 조리합니다.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식탁에 쓰고 기록하기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바지락국이나 찜에 사용할 수 있습니다. 가족이 조개류를 먹을 수 있는지 먼저 확인하고, 필요량만 구입합니다.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판매자에게 물어볼 말: “어느 지역에서 생산했고 언제 출하했나요? 살아 있는 상태인지, 해감·보관 안내도 확인하고 싶습니다.”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확인한 내용 또는 남은 질문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패류독소는 가열·냉동으로 없앨 수 없습니다. 구매·채취와 관련한 최신 공적 안내를 확인하세요.</w:t>
        <w:br/>
        <w:t>근거: S03·S14·S16 (23~24쪽). 실제 상품의 상태와 안내를 함께 확인합니다.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04월  |  주꾸미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생산지역 예시: 서해안 어획 지역 중심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봄 3~4월 어획이 많은 시기가 알려져 있고 가을에도 어획됩니다. 해당 해의 상황과 자원관리는 별도로 확인합니다.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봄에 많이 소개되는 재료라고 해서 알이 든 개체를 우선 골라야 하는 것은 아닙니다. 제철을 배우는 일에는 자원을 어떻게 지킬지도 포함됩니다. 이 자료는 주꾸미의 크기·알 유무를 맛의 우열로 매기거나 산란기 소비를 권하지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구매할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국내산인지 수입산인지, 냉장인지 냉동·해동 상태인지 묻습니다. 어획지역과 출하 시기를 구분하고 포장 손상이나 보관상태를 확인하세요. 판매자의 이름이나 판매지역을 어획지역으로 옮겨 적지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집에서 보관할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구매 후 냉장·냉동 등 해당 제품의 보관조건을 유지합니다. 냉동품은 조리계획에 맞춰 냉장 해동하고 손질 도구를 바로 먹는 음식과 구분합니다. 충분히 익혀 먹으며, 달력의 월 표기를 보관 가능기간으로 해석하지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식탁에 쓰고 기록하기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익혀서 채소와 함께 볶거나 데침 요리로 사용할 수 있습니다. 매운 양념이나 특정 양념을 필수로 정하지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판매자에게 물어볼 말: “어획지역과 출하 시기, 현재 냉동 또는 해동 여부를 확인할 수 있나요?”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확인한 내용 또는 남은 질문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자원관리와 금어기 등은 최신 공적 안내를 확인합니다. 이 자료에는 고정된 허용일을 제시하지 않습니다.</w:t>
        <w:br/>
        <w:t>근거: S04·S14 (23~24쪽). 실제 상품의 상태와 안내를 함께 확인합니다.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05월  |  참외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생산지역 예시: 경북 성주 등 시설재배 지역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봄부터 초여름에 살펴봅니다. 조기재배는 더 일찍 출하하고 연장재배는 여름까지 이어질 수 있습니다.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5월 참외를 고른다고 해서 그해 첫 참외를 고르는 것은 아닙니다. 시설과 재배일정에 따라 출하가 앞당겨지거나 길어집니다. 산지와 품종, 실제 수확 시점을 함께 확인하고 “5월 제철”이라는 한 줄만으로 모든 상품의 생산조건을 추정하지 마세요.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구매할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껍질에 깊은 상처나 무른 부분은 없는지 보고, 먹을 때의 상태와 보관 안내를 묻습니다. 크기나 줄무늬만으로 당도를 수치로 예측하지 않습니다. 맛 설명이 평균값인지, 해당 상품을 확인한 정보인지도 구분해 보세요.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집에서 보관할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쉽게 마르지 않도록 봉투 등에 담아 냉장 보관할 수 있습니다. 먹기 전에 겉면을 깨끗이 씻고 자릅니다. 손질한 참외는 생과를 통째로 둔 경우와 보관조건이 다르므로 필요한 만큼만 손질합니다.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식탁에 쓰고 기록하기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먹을 만큼 잘라 식후 과일이나 간식으로 사용할 수 있습니다. 남은 양과 다음에 먹을 날을 기록해 다음 구매량을 조정합니다.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판매자에게 물어볼 말: “이 참외의 생산지역과 품종, 최근 수확 또는 출하 시기는 어떻게 되나요?”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확인한 내용 또는 남은 질문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이번 달의 작은 실천: 조기·일반·연장 출하 중 확인한 설명만 기록합니다.</w:t>
        <w:br/>
        <w:t>근거: S05 (23~24쪽). 실제 상품의 상태와 안내를 함께 확인합니다.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06월  |  양파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생산지역 예시: 전남 무안, 경남 창녕, 경북 김천 등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중만생 양파는 보통 5월 하순~6월 상·중순 수확을 살펴봅니다. 조생 양파는 4~5월 등 더 이른 시기가 있습니다.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양파는 수확시기와 판매시기가 떨어질 수 있는 대표적인 저장 농산물입니다. 6월에 샀더라도 모두 같은 날 수확한 햇양파라고 볼 수 없습니다. 조생·중만생 같은 재배 구분과 실제 수확·저장 여부를 알아보면 바로 쓸 양과 보관할 양을 나누는 데 도움이 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구매할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단단한지, 상처나 무른 부분은 없는지 보고 겉껍질과 건조상태를 확인합니다. 햇양파라는 설명만 들었다면 수확 시점과 보관 주의점을 더 물어보세요. 한 망이 저렴해 보여도 둘 장소와 사용할 속도를 먼저 생각합니다.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집에서 보관할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껍질이 붙은 통양파는 씻지 않고 습기가 적고 통풍되는 서늘한 곳에 둡니다. 밀폐해 수분이 차지 않게 합니다. 껍질을 벗겼거나 자른 양파는 용기 등에 담아 냉장 보관합니다. 두 상태를 같은 방식으로 보관하지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식탁에 쓰고 기록하기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양파볶음, 국이나 찌개에 필요한 만큼 사용합니다. 집에 있는 양파를 R03에서 확인했다면 그 품목의 현재 남은 양만 가져옵니다.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판매자에게 물어볼 말: “올해 수확한 것인가요, 저장 출하한 것인가요? 통양파와 손질한 뒤의 보관 안내를 알고 싶습니다.”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확인한 내용 또는 남은 질문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이번 달의 작은 실천: 통양파와 손질양파의 놓을 장소를 따로 정합니다.</w:t>
        <w:br/>
        <w:t>근거: S06·S13 (23~24쪽). 실제 상품의 상태와 안내를 함께 확인합니다.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07월  |  찰옥수수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생산지역 예시: 강원 홍천 등 여름 옥수수 생산지역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여름 출하를 중심으로 살펴봅니다. 홍천의 노지 출하는 7월부터 시작하는 사례가 있고, 시설재배는 더 빠를 수 있습니다.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생옥수수, 삶은 옥수수, 삶아 냉동한 옥수수는 모두 살 수 있지만 구매 후 할 일이 다릅니다. 옥수수는 수확 뒤 시간이 지나며 품질이 변하므로 산지 이름뿐 아니라 언제 수확했고 어떤 상태로 판매하는지 묻는 것이 좋습니다. 7월 판매일이 곧 수확일은 아닙니다.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구매할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생옥수수라면 껍질과 알의 상태를 확인하고 수확일을 묻습니다. 가공·냉동한 것이라면 그 사실과 조리·해동 안내를 확인하세요. 생것을 샀는데 바로 삶을 여건이 없는 경우에는 구매량이나 구매 시점을 조정할 수 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집에서 보관할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생것은 가능한 한 빨리 조리할 계획을 세웁니다. 조리한 옥수수를 나중에 먹으려면 신속히 식혀 나누어 냉동하는 방법을 사용할 수 있습니다. 시판 냉동제품은 표시된 보관·가열방법을 따릅니다.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식탁에 쓰고 기록하기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삶거나 찐 옥수수를 먹을 만큼 준비합니다. R07의 아침 식탁에 넣고 싶다면 전날 조리와 당일 재가열 시간을 각각 기록하세요.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판매자에게 물어볼 말: “언제 수확했으며 생것인가요, 삶은 것인가요, 삶아 냉동한 것인가요?”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확인한 내용 또는 남은 질문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이번 달의 작은 실천: 구매량을 정하기 전에 오늘 조리할 수 있는지 확인합니다.</w:t>
        <w:br/>
        <w:t>근거: S07 (23~24쪽). 실제 상품의 상태와 안내를 함께 확인합니다.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08월  |  복숭아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생산지역 예시: 경기 이천 장호원 등 품종별 생산지역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품종에 따라 초여름부터 초가을까지 시차가 있습니다. 8월은 여러 품종의 출하를 비교해 볼 달로 정했습니다.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복숭아는 같은 달에도 품종에 따라 익는 시기와 과육의 단단함이 다릅니다. 단단한 과육을 좋아하는지 부드러운 과육을 원하는지 먼저 생각하고, 품종명과 출하 시점을 물어보세요. 흰 과육·노란 과육이라는 색 구분만으로 수확일이나 맛을 확정하지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구매할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겉면이 눌리거나 갈라진 곳, 상한 부분을 살피되 판매 중인 과일을 세게 누르지 않습니다. 선물용 크기보다 집에서 먹을 날짜와 숙도에 맞춰 고를 수 있습니다. “며칠 후에 먹기 좋다”는 설명도 해당 품종과 현재 상태를 전제로 확인합니다.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집에서 보관할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구매한 상태와 판매 안내를 확인해 냉장 보관하고 서로 눌려 상처가 나지 않게 둡니다. 모든 품종을 같은 기간 실온에 둬야 한다는 규칙은 쓰지 않습니다. 먹기 전에 씻고 손질하며 한 번에 모두 잘라 두지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식탁에 쓰고 기록하기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과일 접시나 평소 먹는 간식에 곁들입니다. 복숭아를 먹지 못하는 가족이 있으면 달력에 실렸다는 이유로 선택할 필요가 없습니다.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판매자에게 물어볼 말: “품종명과 수확 시기는 무엇이고, 지금 과육 상태에 맞는 보관방법은 무엇인가요?”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확인한 내용 또는 남은 질문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이번 달의 작은 실천: 내가 원하는 식감과 실제 먹은 식감을 한 줄씩 적습니다.</w:t>
        <w:br/>
        <w:t>근거: S08·S13 (23~24쪽). 실제 상품의 상태와 안내를 함께 확인합니다.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09월  |  고구마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생산지역 예시: 전남 해남, 영암, 무안 등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보통기 재배는 9월 하순~10월 상·중순 수확을 살펴봅니다. 재배일정에 따라 조기 수확한 물량도 있습니다.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고구마는 수확한 뒤 저장을 거쳐 판매될 수 있습니다. 산지와 품종에 더해 수확 시기, 저장 여부를 묻습니다. 숙성했다는 설명이 있다면 무엇을 어떻게 했다는 뜻인지 확인하세요. 농가의 수확 후 처리와 집에서 하는 보관을 같은 작업으로 이해하지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구매할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껍질 상처와 무른 부분을 보고 필요량을 정합니다. 밤·호박 같은 통상적인 표현만 듣고 품종이나 맛을 완전히 안다고 생각하지 않습니다. 보관할 장소가 너무 차갑거나 습하다면 큰 상자 구매를 미룰 수 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집에서 보관할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생고구마는 저온에 약하므로 일반 냉장고에 넣는 방식은 피하고 통풍되는 곳에 둡니다. 농촌진흥청은 약 13~15℃의 보관을 안내합니다. 가정에서 조건을 맞추기 어렵다면 소량씩 구입하세요. 익힌 고구마는 생고구마와 별도로 신속한 냉각·냉장 또는 냉동 관리가 필요합니다.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식탁에 쓰고 기록하기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쪄서 먹거나 익힌 뒤 다른 음식에 사용할 수 있습니다. R07에 활용할 때는 생고구마를 익히는 시간을 아침 준비에서 빠뜨리지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판매자에게 물어볼 말: “수확 시기와 품종, 저장 또는 숙성 처리 여부, 현재 상품의 보관 안내를 알고 싶습니다.”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확인한 내용 또는 남은 질문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이번 달의 작은 실천: 상자째 사기 전에 집의 보관 장소와 조건을 적습니다.</w:t>
        <w:br/>
        <w:t>근거: S09·S13 (23~24쪽). 실제 상품의 상태와 안내를 함께 확인합니다.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10월  |  고등어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생산지역 예시: 국내 어획 예: 제주 주변·남해 해역. 수입산은 별도 확인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국내산은 가을~겨울이 대표적인 어획·소비 시기로 소개됩니다. 냉동·수입 유통은 판매계절과 어획계절이 다를 수 있습니다.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10월에 판매하는 고등어가 모두 그달 국내에서 잡힌 생물은 아닙니다. 냉동 저장품과 수입산도 유통됩니다. 항구나 판매장 이름은 실제 어획해역과 다를 수 있으므로 원산지와 판매상태를 구분해 기록하세요. 과거 어황자료를 올해 어획량 예측으로 읽지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구매할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차갑게 진열되는지, 포장이 손상되지 않았는지 보고 냉장·냉동·해동 여부를 확인합니다. 색이나 크기만으로 신선도를 확정하지 않습니다. 손질·염장 여부와 조리방법도 묻되, 소금 종류의 우열 비교를 다시 할 필요는 없습니다.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집에서 보관할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구매 후 보관조건을 유지하며 바로 냉장 또는 냉동합니다. 냉동품은 냉장 해동하고 충분히 익혀 먹습니다. 냉장품을 사용할 날짜가 정해지지 않았다면 판매 안내를 확인해 구매량과 보관계획을 다시 정합니다.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식탁에 쓰고 기록하기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구이나 조림 등 익숙한 조리법을 선택합니다. 손질 부담이 크면 손질된 제품과 직접 손질할 제품의 준비할 일을 비교합니다.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판매자에게 물어볼 말: “원산지와 판매상태는 무엇인가요? 어획 또는 가공 시기 중 확인 가능한 정보가 있나요?”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확인한 내용 또는 남은 질문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이번 달의 작은 실천: 어획지역, 판매지역, 냉동·해동 상태를 별도 칸에 적습니다.</w:t>
        <w:br/>
        <w:t>근거: S10·S14 (23~24쪽). 실제 상품의 상태와 안내를 함께 확인합니다.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11월  |  가을배추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생산지역 예시: 전남 해남, 충북 괴산 등 가을배추 생산지역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가을 출하를 살펴보며, 해남은 11월 중순~12월 출하 사례가 있습니다. 고랭지·가을·겨울배추의 출하를 구분합니다.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배추는 재배지역과 시기·방식을 달리해 여러 계절에 공급됩니다. 11월 배추를 모두 같은 시기에 심고 수확한 것으로 보지 마세요. 생배추와 절임배추는 구매 뒤 해야 할 일이 달라서 같은 무게와 가격만으로 비교하기 어렵습니다.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구매할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생배추는 겉잎과 밑동의 상처·무른 부분을 살피고 사용할 용도를 정합니다. 절임배추라면 절임·배송 상태와 사용 안내를 확인하세요. 김장용 대량 구매를 앞두고 손질 장소와 조리 일정, 보관공간을 먼저 점검합니다.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집에서 보관할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생배추는 마르거나 물기가 고이지 않게 감싸 냉장 보관하는 방법을 사용합니다. 자르거나 씻은 경우는 그 상태에 맞춰 별도로 관리합니다. 절임배추는 생배추의 보관방법을 그대로 적용하지 말고 판매자의 사용·보관 안내를 따릅니다.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식탁에 쓰고 기록하기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작게 구입해 국이나 익힌 반찬에 사용해도 됩니다. 김장을 해야만 가을배추를 활용한 것이 되는 것은 아닙니다.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판매자에게 물어볼 말: “생산지역과 수확·출하 시기는 언제인가요? 생배추인지 절임배추인지, 도착 후 할 일을 알려 주세요.”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확인한 내용 또는 남은 질문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이번 달의 작은 실천: 도착일과 사용할 날이 맞는지 확인하고 양을 정합니다.</w:t>
        <w:br/>
        <w:t>근거: S11·S13 (23~24쪽). 실제 상품의 상태와 안내를 함께 확인합니다.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12월  |  굴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생산지역 예시: 경남 통영·거제, 전남 고흥 등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겨울을 중심으로 늦가을부터 봄까지 살펴봅니다. 산지와 생산방식·상품상태에 따라 실제 출하기간이 다릅니다.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겨울 굴이라는 표현만으로 생으로 먹어도 된다고 판단하지 않습니다. 생굴·가열조리용 등 제품 안내와 출처, 운반·보관조건을 함께 확인하세요. 신선해 보인다는 판단만으로 위해요소 유무를 확인할 수는 없습니다.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구매할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생산지역과 포장 정보를 확인하고 가열조리용 표시가 있는지 읽습니다. 포장이 새거나 손상된 경우, 냉장 유통 여부가 불분명한 경우에는 확인 후 결정합니다. 바다에서 직접 채취한 굴은 이 달력만 보고 먹지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집에서 보관할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구매 후 차갑게 보관하고 제품의 사용·보관 안내에 맞춰 조리합니다. 식품의약품안전처는 가열조리용 굴을 중심온도 85℃ 이상에서 1분 이상 가열하도록 안내합니다. 충분한 가열도 패류독소가 있는 굴을 먹을 수 있게 만드는 처리는 아닙니다.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식탁에 쓰고 기록하기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굴국이나 굴전처럼 충분히 익히는 요리에 사용할 수 있습니다. 굴을 먹을 수 없는 가족에게 다른 재료로 대신할 수 있으며 특정 섭취량을 권하지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판매자에게 물어볼 말: “생산지역과 가열조리용 여부, 보관방법 및 사용 시점을 확인할 수 있나요?”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확인한 내용 또는 남은 질문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이번 달의 작은 실천: 원산지·가열 안내·보관조건을 확인한 뒤 조리방법을 정합니다.</w:t>
        <w:br/>
        <w:t>근거: S12·S14·S15·S16 (23~24쪽). 실제 상품의 상태와 안내를 함께 확인합니다.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구매 전 여덟 가지를 점검합니다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예·아니오·미확인 중 하나를 적습니다. “미확인”은 품질 불량 판정이 아니라 아직 답을 얻지 못했다는 뜻입니다. 점수를 합쳐 안전하거나 건강한 식품으로 인증하지 않습니다.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30"/>
        <w:gridCol w:w="2381"/>
      </w:tblGrid>
      <w:tr>
        <w:trPr>
          <w:cantSplit/>
          <w:tblHeader/>
        </w:trPr>
        <w:tc>
          <w:tcPr>
            <w:tcW w:type="dxa" w:w="703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점검문항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예 / 아니오 / 미확인</w:t>
            </w:r>
          </w:p>
        </w:tc>
      </w:tr>
      <w:tr>
        <w:trPr>
          <w:cantSplit/>
        </w:trPr>
        <w:tc>
          <w:tcPr>
            <w:tcW w:type="dxa" w:w="703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① 우리 집에서 먹을 날과 필요한 양을 정했나요?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703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② 집에 남은 같은 재료의 양을 확인했나요?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703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③ 실제 생산지역과 판매지역을 구분했나요?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703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④ 수확·어획·출하 중 무엇의 날짜인지 구분했나요?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703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⑤ 생것·냉장·냉동·해동·가공 상태를 확인했나요?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703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⑥ 구매 후 보관할 장소와 조리방법을 정했나요?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703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⑦ 포장 손상·무른 부분 등 상태를 살펴봤나요?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703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⑧ 답을 못 받은 질문을 기록했나요?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짧은 판단 연습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가. “7월에 샀으니 7월에 수확한 옥수수다.”</w:t>
        <w:br/>
        <w:t>나. “딸기가 겨울에 나오면 모두 제철이 아닌 잘못된 식품이다.”</w:t>
        <w:br/>
        <w:t>다. “굴은 충분히 가열하면 패류독소도 없어지니 먹어도 된다.”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가. 판단과 이유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나. 판단과 이유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다. 판단과 이유 ____________________________________________________________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해설: 세 문장 모두 그렇게 단정할 수 없습니다. 가는 판매일과 수확일이 다릅니다. 나는 시설재배 출하를 놓쳤습니다. 다는 가열로 제거되지 않는 패류독소를 고려해야 합니다. 관련 설명: 2·5·10·15쪽.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실제 작성방식 예시: 7월 옥수수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아래는 작성방법을 보여 주려고 만든 가상 사례입니다. 실제 판매상품, 고객후기나 대표의 경험이 아닙니다. “판매자 답변” 역시 예시이며 현재 상품정보로 사용할 수 없습니다.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44"/>
        <w:gridCol w:w="7767"/>
      </w:tblGrid>
      <w:tr>
        <w:trPr>
          <w:cantSplit/>
          <w:tblHeader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기록 항목</w:t>
            </w:r>
          </w:p>
        </w:tc>
        <w:tc>
          <w:tcPr>
            <w:tcW w:type="dxa" w:w="77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작성 예시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필요와 재고</w:t>
            </w:r>
          </w:p>
        </w:tc>
        <w:tc>
          <w:tcPr>
            <w:tcW w:type="dxa" w:w="77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주말에 두 사람이 먹을 생옥수수 4개를 계획함. 집에는 같은 재료가 없음. 이 수량은 가구의 구매 계획이며 권장 섭취량이 아님.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후보 A</w:t>
            </w:r>
          </w:p>
        </w:tc>
        <w:tc>
          <w:tcPr>
            <w:tcW w:type="dxa" w:w="77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홍천산 생찰옥수수라는 설명. 수확일은 아직 답을 못 받음. 4개 포장. 오늘 조리할 시간은 확보함.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후보 B</w:t>
            </w:r>
          </w:p>
        </w:tc>
        <w:tc>
          <w:tcPr>
            <w:tcW w:type="dxa" w:w="77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삶아 냉동한 옥수수 6개 포장. 원산지와 가열 안내는 확인했지만 필요한 양보다 많고 냉동실 공간이 부족함.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질문과 답변</w:t>
            </w:r>
          </w:p>
        </w:tc>
        <w:tc>
          <w:tcPr>
            <w:tcW w:type="dxa" w:w="77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질문: A는 언제 수확했고 지금까지 어떻게 보관했나요?</w:t>
              <w:br/>
              <w:t>예시 답변: 오늘 출하한 것입니다.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답변 해석</w:t>
            </w:r>
          </w:p>
        </w:tc>
        <w:tc>
          <w:tcPr>
            <w:tcW w:type="dxa" w:w="77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출하일만 들었음. 수확일과 보관방법은 여전히 미확인. “오늘 수확”으로 바꾸어 기록하지 않음.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현재 결정</w:t>
            </w:r>
          </w:p>
        </w:tc>
        <w:tc>
          <w:tcPr>
            <w:tcW w:type="dxa" w:w="77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A의 수확일·보관 안내를 한 번 더 묻고 구매는 보류. B는 냉동실 여유와 필요한 양이 맞지 않아 이번에는 선택하지 않음.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그날 식탁</w:t>
            </w:r>
          </w:p>
        </w:tc>
        <w:tc>
          <w:tcPr>
            <w:tcW w:type="dxa" w:w="77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확인이 끝나지 않아 집에 있던 다른 재료로 준비함. 달력 실천을 위해 구매를 강행하지 않음.</w:t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 기록에서 남긴 결과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확인한 것은 필요한 양, 두 후보의 판매상태와 집의 보관공간입니다. 모르는 것은 A의 수확일과 보관 이력입니다. 배운 점은 “오늘 출하”가 수확일의 답은 아니라는 점입니다. 다음에는 수확일과 보관 안내를 나누어 묻고, 필요한 답을 얻은 뒤 구매를 결정합니다.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대체 식품의 보유량을 새로 전부 조사하지 않습니다. R03 기록에서 그날 사용할 품목만 가져오면 됩니다.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비교와 질문 기록지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후보가 하나면 A만 씁니다. 답을 듣지 못한 항목은 빈칸 대신 “미확인”이라고 적습니다. 상품 표시를 전부 복사하기보다 시기·상태·보관에 필요한 정보만 남깁니다.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작성일 / 살펴볼 달 / 사용할 날 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3628"/>
        <w:gridCol w:w="3685"/>
      </w:tblGrid>
      <w:tr>
        <w:trPr>
          <w:cantSplit/>
          <w:tblHeader/>
        </w:trPr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비교 항목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후보 A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후보 B 또는 대안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재료명·필요량</w:t>
              <w:br/>
              <w:t>집에 남은 양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생산지역</w:t>
              <w:br/>
              <w:t>확인한 근거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수확·어획·출하</w:t>
              <w:br/>
              <w:t>날짜의 종류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판매상태와</w:t>
              <w:br/>
              <w:t>보관·조리할 일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확인하지 못한 것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</w:r>
          </w:p>
        </w:tc>
      </w:tr>
    </w:tbl>
    <w:p>
      <w:pPr>
        <w:spacing w:after="0"/>
        <w:snapToGrid w:val="0"/>
      </w:pP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 질문 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받은 답과 확인한 날짜 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답을 받고도 남은 질문 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결정: 구매 / 보류 / 대체 / 구매하지 않음, 그 이유 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판매자가 모른다고 답했으면 “모름”을 그대로 남깁니다. 이 기록은 구매 판단의 근거를 정리하는 것이며 업체에 대한 인증·평가가 아닙니다.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월별 식탁 기록  |  1~6월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해당 달에 한 번만 써도 됩니다. 달력 밖의 재료를 선택하거나 구매하지 않은 달도 기록할 수 있습니다. 사용하지 않았다면 이유를 적고 다음 달로 이어가세요.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3628"/>
        <w:gridCol w:w="3742"/>
      </w:tblGrid>
      <w:tr>
        <w:trPr>
          <w:cantSplit/>
          <w:tblHeader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월·선택한 재료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확인한 산지·시기·상태</w:t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사용한 날·식탁 / 남은 점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1월</w:t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2월</w:t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3월</w:t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4월</w:t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5월</w:t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6월</w:t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상반기에 반복하고 싶은 한 가지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구매 전 계속 확인할 것 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보관하거나 사용하는 방법에서 바꿀 것 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작성 예: 2월 딸기 / 논산·시설, 수확일 미확인 / 2월 14일 씻어 과일 접시로 사용. 다음에는 먹을 날에 맞춰 소량 구입. 날짜와 내용은 작성 예시입니다.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월별 식탁 기록  |  7~12월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같은 재료라도 이전 구매와 산지·품종·상태가 달라질 수 있습니다. 지난달에 확인했다는 이유로 이번 상품의 빈칸을 그대로 채우지 않습니다.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3628"/>
        <w:gridCol w:w="3742"/>
      </w:tblGrid>
      <w:tr>
        <w:trPr>
          <w:cantSplit/>
          <w:tblHeader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월·선택한 재료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확인한 산지·시기·상태</w:t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사용한 날·식탁 / 남은 점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7월</w:t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8월</w:t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9월</w:t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10월</w:t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11월</w:t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12월</w:t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하반기에 남기고 싶은 질문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생산자 또는 판매자에게 다시 물을 것 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다음 구매량이나 보관 장소를 바꿀 것 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작성 예: 7월 옥수수 / 생것·홍천이라는 설명, 수확일 미확인 / 질문 후 구매 보류, 집에 있는 다른 재료 사용. 보류한 결정도 유효한 기록입니다.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오늘 결과를 다섯 가지로 정리합니다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12개월을 모두 채운 뒤에만 쓸 수 있는 페이지는 아닙니다. 한 번 구매를 검토했거나 한 가지 재료를 사용한 뒤 바로 적으세요. 확인한 사실과 느낀 점은 구분합니다.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1. 확인한 사실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생산지역·시기·판매상태 중 근거를 확인한 것 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 xml:space="preserve"> ______________________________________________________________________________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2. 아직 확인하지 못한 것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답이 없거나 설명이 부족했던 부분 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 xml:space="preserve"> ______________________________________________________________________________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3. 이번에 배운 점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수확과 판매, 보관에 대해 달리 이해한 것 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4. 다음에 확인할 질문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누구에게 무엇을 물을지 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5. 이어갈 실천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다음 구매 또는 식탁에서 할 일 한 가지 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내가 직접 쓰는 이용 소감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편했던 점 / 불편했던 점 / 다음에 바꿀 점 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이용 소감은 내가 실제로 해 본 범위에서 씁니다. 공개 후기 제출이나 건강효과 확인은 이 실습의 조건이 아닙니다.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다음 무료교육으로 이어갑니다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무료강의 3강</w:t>
        <w:br/>
        <w:t>제철, 발효, 숙성, 건조의 시간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이번 달력에서는 생산 시기와 판매 시기, 저장·냉동 상태를 구분했습니다. 다음에는 제철뿐 아니라 발효·숙성·건조처럼 식재료가 시간을 거치는 과정을 함께 살펴봅니다. 이번에 적은 질문 하나를 가지고 교육을 이어가세요.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가져갈 것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18쪽의 비교·질문 기록 또는 21쪽 결과 정리 한 장을 준비합니다. “오늘 출하”라는 말을 듣고도 수확 시기가 궁금했다면 그 질문을 그대로 가져가면 됩니다. 답이 있는 질문만 가져갈 필요는 없습니다.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한 번의 문의로 다음 안내를 확인하세요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이 자료를 전한 섬내음 담당자에게 아래 문장을 보내거나 말해 주세요.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“R08 달력에서 ____________을/를 살펴봤습니다. ____________이/가 아직 궁금합니다. 이 재료와 관련해 확인된 생산자 콘텐츠와 무료강의 3강 「제철, 발효, 숙성, 건조의 시간」의 이용방법을 안내받고 싶습니다.”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담당자가 안내하는 실제 제공 상태와 이용방법을 확인한 뒤 이용하세요. 이 책자를 작성하는 것만으로 교육 신청이나 상품 주문이 처리되지는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생산자의 설명을 볼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영상이나 소개글에서도 누가, 어느 지역에서, 언제 생산한 이야기인지 확인하세요. 내가 살 상품과 같은 생산자·같은 시기인지 모르면 연결된 사실로 적지 않습니다. 제철상품 안내를 받더라도 필요한 양과 보관 여건을 먼저 보고 선택합니다.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다음 안내를 요청할 질문 한 가지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교육명은 기존 전략보고서의 무료강의 3강을 따릅니다. 공개 URL·일정·현재 개설 여부는 이 자료에서 임의로 정하지 않았습니다. 다음 달에는 월별 기록 한 칸을 이어서 작성하세요.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근거 자료  |  월별 정보 1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본문의 S번호로 출처를 찾아볼 수 있습니다. 지역은 대표적인 예시이며 생산량 순위가 아닙니다. 아래 공식 자료의 사실을 대조해 설명을 새로 썼습니다. 원문 주소와 확인 범위는 함께 제공한 출처·사실확인·검수기록에도 수록했습니다.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S01 겨울 시금치</w:t>
        <w:br/>
        <w:t>농촌진흥청 「가정의 달 ‘시금치·수수·스트링치즈’로 나들이 준비하세요」(2019.5.1): 산지·보관. 농림축산식품부 여름 채소 수급 보도자료(2026, 정책브리핑 newsId 156774322): 남부 겨울 노지와 시설재배 구분.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S02 시설 딸기</w:t>
        <w:br/>
        <w:t>농촌진흥청 겨울 딸기 보도자료(2022.12.28, dataNo 100000784268), 농사로 이달의 식재료 딸기(2월, cntntsNo 200104): 출하 배경·보관. 농촌진흥청 「‘뒤영벌’ 꿀벌 빈자리 메워 딸기 생산 도왔다」(2023.6.13): 논산·진주·담양 등 주산지.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S03 바지락</w:t>
        <w:br/>
        <w:t>해양수산부 「3월에 가기 좋은 어촌 안심 여행지 ② 인천 옹진 모도리마을」(2025), 한국관광공사 「하전 바지락 오감체험 페스티벌」: 인천 옹진·고창과 봄철 소개 사례. 행사 개최 여부를 현재 운영정보로 사용하지 않았습니다.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S04 주꾸미</w:t>
        <w:br/>
        <w:t>국립수산과학원 주꾸미 자원관리 보도자료(2024, NEWS_SEQ 4554): 서해안 어획, 봄·가을 어획 및 자원관리. 특정 금어기 날짜를 상시 정보로 옮기지 않았습니다.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S05 참외</w:t>
        <w:br/>
        <w:t>K-공감 「성주 참외 첫 출하 ‘한국형 스마트팜’」(2017), 농사로 「참외 연장재배 기술」(2007, mvpNo 442), 농촌진흥청 「참외 오래 보관하고 맛있게 먹는 법」(자료 no 1293): 산지·출하시기·보관.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S06 양파</w:t>
        <w:br/>
        <w:t>농사로 「양파 재배기술」(2005, mvpNo 289): 주요 산지와 조생·중만생 수확시기. 농사로 이달의 식재료 양파(cntntsNo 208518): 선택과 통양파·손질양파의 보관 구분.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S07 찰옥수수</w:t>
        <w:br/>
        <w:t>홍천군 2026년 찰옥수수 첫 수확 관련 보도자료(nttNo 141857): 시설·노지 출하 차이. 농촌진흥청 「옥수수 적기 수확과 맛있게 먹는 요령」(자료 no 1778): 수확 후 변화·조리 후 냉동. 홍천군 본문 열기는 제한되어 공식 검색 결과의 발췌를 확인했습니다.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S08 복숭아</w:t>
        <w:br/>
        <w:t>농사로 이달의 식재료 복숭아(8월, cntntsNo 201592): 품종에 따른 출하시기. 농촌진흥청 RDA 인테러뱅 복숭아 자료(cntntsNo 34286): 이천 장호원 등 생산지역. 보관은 아래 S13의 최근 안내와 함께 검토했습니다.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확인일 2026.10.17. 오래된 재배기술 자료는 일반적인 시기와 방식의 구분에 사용했으며, 2026년 출하량·가격·입고일의 근거로 사용하지 않았습니다.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근거 자료  |  월별 정보 2와 보관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S09 고구마</w:t>
        <w:br/>
        <w:t>농촌진흥청 「[경남] 고구마 수확 시기와 방법이 중요한 이유!」(2015.9.21): 보통기 수확시기. 「고구마 표피썩음병, 수확 후 관리로 막을 수 있어」(2023.9.12): 해남·영암·무안 등 생산지역. 농가의 수확 후 처리법을 가정 실습으로 옮기지 않았습니다.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S10 고등어</w:t>
        <w:br/>
        <w:t>해양수산부 「10월의 해양수산 어벤져스를 소개합니다」(2021): 국내산 가을·겨울 시기. 국립수산과학원 「2017년 11월 어황전망」: 제주 주변·남해 해역의 어획 사례. 당시 관측치를 현재 어황 예측으로 사용하지 않았습니다.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S11 가을배추</w:t>
        <w:br/>
        <w:t>농촌진흥청 「현장 맞춤형 기술지원 박차, 배추·무 가격 안정화 뒷받침」(2024.11, dataNo 100000799045): 가을배추 생산지역과 해남의 11~12월 출하 사례. 해당 해 가격과 수급 전망은 본문에 사용하지 않았습니다.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S12 굴</w:t>
        <w:br/>
        <w:t>국립수산과학원 굴 관련 보도자료(2026.3, NEWS_SEQ 4814): 통영·거제·고흥 등 지역과 겨울·봄 생산 사례. 한국관광공사 「K-로컬 미식여행 33선 (22) 겨울이 제철인 바다 내음 가득한 식재료 굴」(2026): 계절 소개. 효능 표현은 사용하지 않았습니다.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S13 농산물 보관</w:t>
        <w:br/>
        <w:t>농촌진흥청 「‘더 오래 신선하게’ 똑똑한 과일, 채소 보관법」(2023.9.27) 및 「추석 과일·채소 보관, ‘온도·수분·에틸렌’이 신선도 좌우」(2026): 과일·잎채소, 통양파와 생고구마의 보관 차이. 식품의약품안전처 「2024년 건강한 설 명절 보내기」: 조리식품의 신속한 보관.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S14 수산물 구매·보관</w:t>
        <w:br/>
        <w:t>미국 식품의약국(FDA), Selecting and Serving Fresh and Frozen Seafood Safely: 냉장 유통, 포장 손상, 냉장 해동과 도구 구분. 미국의 표시·인증 체계를 국내 제도로 소개하지 않았습니다.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S15 굴 가열 안내</w:t>
        <w:br/>
        <w:t>식품의약품안전처 「겨울철 굴, 안전하게 먹는 법」(정책브리핑, 2025.2): 가열조리용 굴 중심온도 85℃ 이상에서 1분 이상 가열. 모든 위험이 없어지는 보장으로 표현하지 않았습니다.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S16 패류독소</w:t>
        <w:br/>
        <w:t>해양수산부·국립수산과학원 「2026년에도 홍합, 굴 등 패류독소 안전하게 관리한다」(2026.1.2): 가열·냉동으로 제거되지 않는 패류독소. 실제 구매·채취 시에는 국립수산과학원과 식품안전나라 등의 최신 안내를 확인합니다.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자료를 다시 사용할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같은 달이 다시 와도 실제 상품의 생산·출하 정보는 새로 확인하세요. 바뀐 공식 안내와 고객의 실제 질문은 다음 판에 반영합니다. 이번 기록에서 정한 한 가지 행동부터 이어가면 됩니다.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믿고 먹는 섬내음 | R08 V1.0 | 2026.10.17</w:t>
        <w:br/>
        <w:t>기획, 집필, 편집: 한영인컨설팅그룹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R08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R08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제철 식재료 12개월 달력</dc:title>
  <dc:subject>믿고 먹는 섬내음 고객교육자료 R08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