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제철 식재료 12개월  |  한 장 요약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월은 학습 순서입니다. 판매월이 수확월을 뜻하지 않으며 실제 시기는 지역·품종·기후·재배방식에 따라 달라집니다.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3685"/>
        <w:gridCol w:w="4989"/>
      </w:tblGrid>
      <w:tr>
        <w:trPr>
          <w:cantSplit/>
          <w:tblHeader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월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대표 재료·지역 예시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살펴볼 시기 / 확인할 것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겨울 시금치 · 신안·남해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겨울 노지 / 시설재배와 구분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시설 딸기 · 논산·진주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겨울~봄 / 품종·수확 시기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바지락 · 서해안·고창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봄 / 출처·유통·해감 안내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주꾸미 · 서해안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봄·가을 / 어획지역·판매상태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참외 · 성주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봄~초여름 / 조기·연장 출하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양파 · 무안·창녕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중만생 5~6월 / 저장 출하 구분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7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찰옥수수 · 홍천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여름 / 수확일·생것·조리·냉동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8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복숭아 · 이천 장호원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품종별 여름 전후 / 품종·숙도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9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고구마 · 해남·영암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보통기 9~10월 / 저장·보관 장소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고등어 · 제주 주변·남해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국내산 가을~겨울 / 수입·냉동 별도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가을배추 · 해남·괴산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가을~초겨울 / 생배추·절임 구분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굴 · 통영·거제</w:t>
            </w:r>
          </w:p>
        </w:tc>
        <w:tc>
          <w:tcPr>
            <w:tcW w:type="dxa" w:w="498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겨울 중심 / 가열조리용·보관 안내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구매 전: 사용할 날·양 → 실제 생산지역·시기 → 판매상태 → 보관·조리할 일 → 남은 질문을 확인합니다. 답이 없으면 “미확인”으로 남기고 보류하거나 대체할 수 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수산물은 냉장·냉동 유통과 제품 안내를 확인합니다. 굴의 가열조리용 안내를 따르며, 패류독소는 가열·냉동으로 제거되지 않습니다. 생고구마와 익힌 고구마, 통양파와 손질양파는 보관방법이 다릅니다. 자세한 방법과 출처는 본문 4~15·23~24쪽을 보세요.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 달 재료 / 사용할 날 / 남은 질문 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안내: 자료를 전한 섬내음 담당자에게 관련 생산자 콘텐츠와 무료강의 3강 「제철, 발효, 숙성, 건조의 시간」의 실제 이용방법을 문의하세요. 자료 작성만으로 신청·주문되지는 않습니다.</w:t>
        <w:br/>
        <w:t>믿고 먹는 섬내음 | R08 V1.0 | 2026.10.17 | 기획, 집필, 편집: 한영인컨설팅그룹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R08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제철 식재료 12개월  |  한 장 요약</dc:title>
  <dc:subject>믿고 먹는 섬내음 고객교육자료 R08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