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520" w:after="280" w:line="80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58"/>
        </w:rPr>
        <w:t>생산자에게 물어볼</w:t>
        <w:br/>
        <w:t>15가지 질문</w:t>
      </w:r>
    </w:p>
    <w:p>
      <w:pPr>
        <w:spacing w:after="400"/>
        <w:snapToGrid w:val="0"/>
      </w:pPr>
      <w:r>
        <w:rPr>
          <w:rFonts w:ascii="Noto Sans CJK KR" w:hAnsi="Noto Sans CJK KR" w:eastAsia="Noto Sans CJK KR" w:cs="Noto Sans CJK KR"/>
          <w:color w:val="000000"/>
          <w:sz w:val="26"/>
        </w:rPr>
        <w:t>좋다는 설명을 듣고 끝내지 않고</w:t>
        <w:br/>
        <w:t>내가 확인한 사실과 남은 질문을 기록하는 안내서</w:t>
      </w:r>
    </w:p>
    <w:p>
      <w:pPr>
        <w:spacing w:before="32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6"/>
        </w:rPr>
        <w:t>믿고 먹는 섬내음</w:t>
        <w:br/>
        <w:t>정포크라테스 정영숙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자료로 할 수 있는 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식품 하나를 골라 누구에게 무엇을 물을지 정합니다. 받은 답변과 확인한 자료를 나누어 적고, 답을 얻지 못한 부분은 다음 행동으로 남깁니다. 질문을 잘하는 목적은 상대를 시험하는 데 있지 않습니다. 내 선택에 필요한 정보를 구체적으로 알아보는 데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먼저 알아둘 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자료는 생산과 제조과정에 관심이 있는 일반 소비자를 위한 질문 안내서입니다. 질문에 답한 개수로 상품의 안전, 품질, 건강효과를 점수 매기지 않습니다. 답이 없다는 사실만으로 불량, 위험 또는 부정직을 뜻하지도 않습니다.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R09 | 고객교육자료 | V1.0 | 2026.10.17</w:t>
        <w:br/>
        <w:t>본문 12쪽 / 한 장 요약본 / 분리형 실습지 별도 제공</w:t>
        <w:br/>
        <w:t>기획 기준: 섬내음 로볼 10종 마스터 및 통합 플랫폼 전략보고서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01  먼저 대상을 고르고, 묻는 상대를 구분하세요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준비물은 관심 있는 식품 한 가지, 현재 포장이나 판매 안내, 필기구입니다. 처음 읽고 질문 세 개를 고르는 데 약 15~20분을 예상합니다. 실제 문의와 답변 대기, 자료 조회 시간은 별도입니다. 모든 질문을 한꺼번에 보낼 필요는 없습니다.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3855"/>
        <w:gridCol w:w="4025"/>
      </w:tblGrid>
      <w:tr>
        <w:trPr>
          <w:cantSplit/>
          <w:tblHeader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역할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주로 확인할 내용</w:t>
            </w:r>
          </w:p>
        </w:tc>
        <w:tc>
          <w:tcPr>
            <w:tcW w:type="dxa" w:w="402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주의할 구분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생산자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농산물 재배, 축산물 사육, 수산물 생산 등의 현장 정보</w:t>
            </w:r>
          </w:p>
        </w:tc>
        <w:tc>
          <w:tcPr>
            <w:tcW w:type="dxa" w:w="402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직접 생산했다고 가공과 판매까지 모두 맡는 것은 아닙니다.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제조자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원료를 제품으로 만드는 공정, 제품별 제조와 보관 안내</w:t>
            </w:r>
          </w:p>
        </w:tc>
        <w:tc>
          <w:tcPr>
            <w:tcW w:type="dxa" w:w="402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브랜드 운영자나 판매자와 다른 업체일 수 있습니다.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판매자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현재 판매분, 소비자 문의 접수, 배송과 판매 안내</w:t>
            </w:r>
          </w:p>
        </w:tc>
        <w:tc>
          <w:tcPr>
            <w:tcW w:type="dxa" w:w="402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모든 공정의 세부사항을 현장에서 직접 확인한 사람은 아닐 수 있습니다.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한 곳이 여러 역할을 맡기도 합니다. 먼저 판매자에게 질문하고, 필요하면 생산이나 제조 담당자에게 확인해 달라고 요청하세요. 상세 배합비, 개인 연락처, 거래계약서까지 요구할 필요는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답변과 근거는 따로 적습니다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기록 상태는 ‘자료 대조’, ‘업체 설명만’, ‘미확인’, ‘해당 없음’ 중에서 고릅니다. 자료 대조는 내가 해당 자료와 답을 비교했다는 뜻이며 공식 인증이나 안전 판정을 대신하지 않습니다. 해당 없음에는 이유를 덧붙입니다.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알아볼 식품: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가장 궁금한 질문 번호 세 개: ______ / ______ / 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R05, R06, R08에 이미 적은 생산, 공정, 계절 질문은 가져와 이어 쓰세요. R04의 표시 읽기와 R03의 전체 재고점검을 다시 할 필요는 없습니다.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02  누가, 어디서, 무엇으로 만들었나요?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01. 직접 생산한 곳, 제조한 곳, 판매하는 곳은 각각 어디인가요?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누가 어느 단계의 사실을 설명할 수 있는지 찾습니다. 브랜드 이름 하나로 모든 역할을 대신하지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현재 포장의 제조원과 판매원, 판매 페이지의 업체 정보, 생산자를 밝힌 소개자료를 나란히 봅니다. 농산물처럼 제조 단계가 없는 경우에는 해당 없다고 적습니다.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“이 질문은 어느 곳에서 확인할 수 있나요?”라고 판매자에게 전달을 부탁합니다. 개인 연락처를 요구할 필요는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02. 이번 판매분의 원료 생산지역과 가공 장소는 어디인가요?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원료가 난 곳과 제품을 가공한 곳을 구분합니다. 업체 주소가 원료의 생산지역을 뜻하는지 따로 확인합니다.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원산지 표시, 원료별 지역 안내, 이번 판매분과 연결되는 공급 설명을 봅니다. 여러 지역의 원료를 사용했다면 어떤 원료의 설명인지 나누어 적습니다.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“말씀하신 지역은 원료 산지인가요, 가공 장소인가요?”라고 좁혀 묻습니다. 모르는 지역은 추정하지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03. 주원료와 함께 들어간 원료는 무엇이며, 바뀐 내용이 있나요?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대표 원료만 듣고 전체 구성을 안다고 생각하지 않도록 합니다. 이전에 산 제품과 같은 설명이 적용되는지도 확인합니다.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현재 판매분의 원재료명과 알레르기 표시, 변경 안내를 확인합니다. R04에서 읽어 둔 표시가 있다면 새로 달라진 부분만 가져옵니다.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“지금 판매하는 제품의 표시 전체를 볼 수 있을까요?”라고 요청합니다. 상세 배합비나 비공개 제조법까지 요구하는 질문은 아닙니다.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기록할 때는 답변 날짜와 자료의 작성일을 구분하세요. 오래된 설명이 현재 판매분에도 적용되는지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03  생산과 제조의 역할을 확인합니다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04. 어떤 방식으로 재배, 사육, 채취 또는 어획했나요?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“정성껏”, “자연 그대로” 같은 표현을 실제 작업에 관한 설명으로 바꿉니다. 식재료에 해당하는 방식만 묻습니다.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재배나 생산방식 설명, 해당 시기와 장소가 확인되는 공개자료를 봅니다. 사진은 촬영 시기와 대상을 함께 확인합니다. 한 장의 사진으로 전 과정을 증명하지는 못합니다.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“그 표현이 실제 어떤 작업을 뜻하는지 한 가지만 설명해 주세요.”라고 묻습니다. 인증을 뜻하는 표현이라면 13번으로 이어갑니다.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05. 원료가 제품이 되기까지 어떤 공정을 거치나요?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제품의 성격을 이해하는 데 필요한 주요 단계를 확인합니다. 공정이 짧거나 길다는 이유만으로 우열을 정하지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공정 안내나 공개된 제조 설명에서 세척, 가열, 발효, 건조 등 해당 단계를 찾습니다. 모든 제품에 같은 공정이 있다고 가정하지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“주요 단계의 순서만 알려 주실 수 있나요?”라고 묻습니다. R05의 소금, R06의 장류 기록이 있다면 이미 확인한 단계는 옮겨 적습니다.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06. 외부 업체가 맡는 단계가 있다면 어느 단계인가요?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생산자가 모든 가공과 포장을 직접 하는지, 다른 곳이 맡는 부분이 있는지 구분합니다. 위탁 자체를 문제로 판단하지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제조원 표시와 공개 가능한 위탁 단계 설명을 확인합니다. 재배, 건조, 분쇄, 포장 중 이번 제품에 해당하는 역할을 적습니다.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“가공에 관한 질문은 어디로 전달하면 될까요?”라고 묻습니다. 계약서나 거래가격 대신 소비자에게 필요한 담당 역할을 확인합니다.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기록할 때는 답변 날짜와 자료의 작성일을 구분하세요. 오래된 설명이 현재 판매분에도 적용되는지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04  시간과 현재 판매분을 연결합니다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07. 수확일, 제조일, 출하일 중 확인 가능한 날짜는 무엇인가요?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서로 다른 날짜를 같은 의미로 받아들이지 않도록 합니다. 출하일을 들었다고 수확일도 확인한 것은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제품 표시와 판매분의 날짜 안내를 봅니다. 정확한 날짜가 아닌 기간으로 답했다면 그대로 적고, 무엇의 날짜인지 함께 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“지금 알려 주신 것은 수확한 날인가요, 내보낸 날인가요?”라고 다시 묻습니다. R08에서 남긴 계절 질문을 이 칸으로 가져와도 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08. 발효, 숙성, 건조 기간은 어느 단계부터 어느 단계까지인가요?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기간을 재는 시작과 끝을 확인합니다. 원료 보관기간과 제조공정 기간을 섞지 않고, 기간만으로 품질이나 효과를 판단하지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공정별 기간 설명과 이번 제품에 적용되는 범위를 확인합니다. “오래”처럼 기간을 알 수 없는 답은 업체의 표현으로만 기록합니다.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“그 기간에 보관이나 유통 시간도 포함되나요?”라고 묻습니다. 해당 공정이 없는 제품에는 ‘해당 없음’으로 적습니다.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09. 지금 보여 주신 설명과 자료가 이번 판매분에도 적용되나요?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예전 소개글, 다른 상품의 자료, 일반적인 제조방식과 현재 제품의 정보를 구분합니다.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자료 작성일과 상품명, 제조원, 생산 시기 또는 제품을 구분하는 표시를 대조합니다. 제조번호가 있다면 적되 없는 번호를 만들어 쓰지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“원료나 공정이 바뀐 부분이 있나요? 지금 제품과 연결되는 자료가 있나요?”라고 묻습니다. 연결을 확인하지 못하면 ‘적용 범위 미확인’입니다.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기록할 때는 답변 날짜와 자료의 작성일을 구분하세요. 오래된 설명이 현재 판매분에도 적용되는지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05  집에 도착한 뒤의 일을 확인합니다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10. 미개봉 상태와 개봉한 뒤에는 각각 어떻게 보관하나요?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집에서 실제로 지킬 조건을 확인합니다. 냉장고 공간이나 사용할 기간과 맞는지도 생각합니다.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현재 제품의 보관 표시, 개봉 후 안내, 표시된 날짜와 그 조건을 함께 봅니다. 일반적인 식재료 설명을 제품별 안내 대신 쓰지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“개봉 후 안내가 어디에 있나요?”라고 묻습니다. 안내가 서로 다르면 임의로 중간값을 정하지 말고 담당자에게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11. 어떤 상태로 운송되며, 받은 뒤 무엇을 확인해야 하나요?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상품의 냉장, 냉동 등 안내와 수령 후 할 일을 연결합니다. 포장 방식의 이름만으로 운송 내내의 상태를 판단하지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배송 안내, 제품의 보관조건, 수령 상태에 관한 설명을 봅니다. 실제 이상이 있다면 수령 시각과 상태, 포장 사진 등 확인 가능한 사실을 남깁니다.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“안내와 다른 상태로 받으면 어디에 문의하나요?”라고 묻습니다. 환불, 교환, 보상 조건은 실제 판매처의 확인된 안내로 따로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12. 먹기 전 세척, 해동, 가열 등 필요한 준비가 있나요?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바로 먹는 제품인지 조리가 필요한 제품인지 확인합니다. 겉모양만 보고 섭취방법을 짐작하지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제품의 섭취와 조리 안내를 확인합니다. 생식용이나 가열조리용 등 구분이 있다면 정확한 표현을 기록합니다.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“이 제품에 적용되는 준비방법을 어디서 볼 수 있나요?”라고 묻습니다. 안내가 없거나 불명확하면 확인 전 사용을 보류할 수 있습니다. 개인별 치료방법을 묻는 항목은 아닙니다.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기록할 때는 답변 날짜와 자료의 작성일을 구분하세요. 오래된 설명이 현재 판매분에도 적용되는지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06  인증, 검사와 남은 질문을 구분합니다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13. 안내한 인증의 정확한 명칭, 번호와 적용 대상은 무엇인가요?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인증 마크나 “인증받음”이라는 말이 어떤 제도와 대상을 가리키는지 확인합니다. 업체, 시설, 품목의 범위를 구분합니다.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읽을 수 있는 인증 정보와 공식 조회 결과에서 제도명, 대상, 기간 등 제공 항목을 대조합니다. 농산물 인증은 농관원 인증정보 조회에서 해당 제도를 찾아볼 수 있습니다.[S1]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“번호와 대상이 읽히는 자료가 있을까요?”라고 묻습니다. 조회가 안 되면 검색어와 날짜를 남기고 재확인합니다. 조회 실패만으로 허위라고 단정하지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14. 검사자료가 있다면 무엇을, 언제, 어떤 시료로 검사했나요?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검사결과의 항목과 범위를 확인합니다. 일부 항목의 결과를 모든 위험이나 모든 판매분에 대한 보증으로 넓히지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공개 가능한 자료의 발급기관, 검사일, 시료명, 항목과 결과를 확인합니다. 자료와 이번 제품의 관계도 묻습니다. 해석이 어려우면 기관이나 담당자 설명을 요청합니다.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“이번 판매분에 관한 결과인가요, 다른 시료에 관한 결과인가요?”라고 묻습니다. 자료 미제공을 검사 미실시나 부적합과 같은 뜻으로 적지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15. 아직 확인하지 못한 내용은 누구에게, 어떤 자료로 다시 물으면 되나요?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묻는 목적: 문의가 막힌 지점에서 필요한 다음 행동을 정합니다. 상대의 사정을 추측하거나 같은 질문을 무한히 반복하지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확인할 근거: 문의한 날짜와 채널, 답한 사람의 역할, 받은 자료, 남은 질문을 묶어 기록합니다. 업체와 제품 검색은 식품안전나라의 해당 메뉴도 참고할 수 있습니다.[S2]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더 확인할 때: “확인 가능한 담당 부서나 공개자료가 있나요?”라고 묻습니다. 답이 없으면 내가 다시 확인할 날을 정하거나 구매와 사용을 보류합니다. 답변 기한을 임의의 운영정책으로 만들지 않습니다.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기록할 때는 답변 날짜와 자료의 작성일을 구분하세요. 오래된 설명이 현재 판매분에도 적용되는지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07  작성 예시 | 답이 일부만 왔을 때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아래 상품, 업체, 대화와 날짜는 기록방법을 보여 주기 위한 가상 설정입니다. 실제 생산자의 답변, 섬내음 취급상품 또는 실제 인증 사례가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소비자는 ‘건조 표고버섯 A’를 알아보며 1번, 8번, 13번을 골랐습니다. 판매자에게 “생산과 건조를 맡은 곳, 건조기간의 기준, 안내한 인증의 확인자료를 알고 싶습니다”라고 문의했습니다.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3798"/>
        <w:gridCol w:w="4309"/>
      </w:tblGrid>
      <w:tr>
        <w:trPr>
          <w:cantSplit/>
          <w:tblHeader/>
        </w:trPr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질문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받았다고 가정한 답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기록과 판단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 역할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“A농가가 생산하고 B가공이 건조합니다. 판매는 C판매가 합니다.”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업체 설명만. 제조원 표시 사진을 아직 받지 않아 역할을 자료로 대조하지 못함.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 기간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“충분히 말렸습니다.”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기간과 시작·끝 미확인. 이 답만으로 건조기간을 적지 않음.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13 인증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문의 후 아직 답이 없음.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미확인. 인증 유무나 허위 여부를 판단하지 않음.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한 질문을 끝까지 기록한 예시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질문 08: 건조기간은 어느 단계부터 어느 단계까지인가요?</w:t>
        <w:br/>
        <w:t>문의일: 가상 10월 15일 / 답변일: 가상 10월 16일</w:t>
        <w:br/>
        <w:t>답변자 역할: C판매의 문의 담당자</w:t>
        <w:br/>
        <w:t>답변 원문: “충분히 말렸습니다.”</w:t>
        <w:br/>
        <w:t>자료출처: 가상 문의창 답변. 별도 공정자료는 받지 못함.</w:t>
        <w:br/>
        <w:t>확인일: 가상 10월 16일 / 상태: 기간 미확인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다음 질문: “건조 시작과 종료 사이의 기간을 확인할 수 있나요?”</w:t>
        <w:br/>
        <w:t>다음 행동: 가상 10월 18일에 답변 유무를 한 번 확인. 필요한 정보가 없어 이번 구매는 보류. 재문의 날짜는 소비자가 정한 계획이며 업체의 답변 약속이 아님.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사례에서 배울 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역할 설명은 받았지만 자료 대조는 남았습니다. “충분히”라는 표현은 숫자로 바꾸지 않았고, 인증 질문의 무응답을 상품 평가로 옮기지 않았습니다. 구매를 보류했다는 결정과 제품이 불량하다는 판단은 서로 다른 기록입니다.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08  내 질문과 답변 기록지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선택한 질문 하나를 충분히 적는 용지입니다. 업체 설명과 내 해석을 분리하세요. 미답변은 미확인으로 남기고, 이 용지를 필요한 만큼 복사해 사용합니다.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식품명 / 제조원 / 현재 판매분 식별정보: 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질문 번호: ______  이번 질문이 필요한 이유: 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보낼 질문: 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문의일 / 문의 채널 / 상대의 역할: 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받은 답변과 자료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답변일 / 답변 원문 또는 요지: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 제목 / 작성일 / 받은 경로: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자료출처(파일명, 화면명 또는 실제 주소): 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날 / 현재 판매분과 연결되는 근거: 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상태: □ 자료 대조  □ 업체 설명만  □ 미확인  □ 해당 없음</w:t>
        <w:br/>
        <w:t>자료 대조는 해당 자료와 비교했다는 뜻이며 공식 판정을 대신하지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남은 질문 / 다시 물을 상대: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행동 / 내가 정한 실행일: __________________________________________________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09  답을 못 받았을 때와 비교가 필요할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답변이 없는 이유는 문의 전달이나 담당 역할, 자료 공개 범위 등 여러 가지일 수 있습니다. 이유를 알지 못하면 ‘이유 미확인’으로 둡니다. 답변 지연을 설명하기 위해 상대의 사정을 만들어 쓰지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515"/>
        <w:gridCol w:w="4082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상황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그대로 남길 기록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내가 선택할 다음 행동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응답이 없음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문의일, 채널, 질문과 답변 미수신 사실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문의처를 한 번 확인하고 다시 물을 날 정하기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일부만 답함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답한 부분과 아직 빈 부분을 분리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 번에 한 가지로 좁혀 재문의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모름 또는 비공개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받은 표현 그대로, 이유는 들은 범위만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공개자료나 확인 가능한 담당 역할 문의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자료와 설명이 다름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서로 다른 문구, 자료 날짜와 대상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같은 제품의 정보인지 확인 전 판단 보류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필요한 보관이나 조리 안내를 확인하지 못했다면 사용을 보류할 수 있습니다. 구매 여부는 내가 필요한 정보와 선택 가능한 대안을 고려해 결정합니다. 업체의 반품이나 보상 기준을 이 기록지에서 임의로 정하지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후보가 둘이라면 같은 질문으로 비교하세요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 항목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후보 A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후보 B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식품명 / 판매분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같은 질문 번호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받은 답 / 답변일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  <w:br/>
              <w:t>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  <w:br/>
              <w:t>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자료출처 / 확인일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  <w:br/>
              <w:t>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  <w:br/>
              <w:t>________________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남은 확인 / 내 행동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  <w:br/>
              <w:t>________________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________________</w:t>
              <w:br/>
              <w:t>________________</w:t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답변 수로 순위를 매기지 않습니다. 내 사용 조건과 관계있는 정보가 있는지, 현재 제품에 적용되는지 살펴보세요. 긴 비교 기록은 분리형 실습지 3쪽에 적습니다.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10  질문을 마친 뒤, 다섯 가지로 정리하세요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모든 빈칸이 채워져야 실습이 끝나는 것은 아닙니다. 확인한 사실과 남은 질문을 구분하고 다음 행동 하나를 정했다면 오늘의 기록을 마칠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483"/>
      </w:tblGrid>
      <w:tr>
        <w:trPr>
          <w:cantSplit/>
          <w:tblHeader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정리할 것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가상 사례의 짧은 예시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확인한 것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 담당자가 생산, 건조, 판매의 역할을 나누어 설명했다. 자료 대조는 남았다.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아직 모르는 것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정확한 건조기간과 인증 관련 자료는 확인하지 못했다.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새로 배운 것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“충분히”는 기간이 아니며 미답변은 불량 판정이 아니다.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다음에 확인할 것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이번 판매분의 제조원 표시와 건조기간의 기준을 묻는다.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실행할 한 가지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내가 정한 날에 답변을 확인하고, 필요 정보가 없으면 구매를 보류한다.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나의 결과 정리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① 확인한 것과 근거: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② 아직 모르는 것: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③ 새로 배운 것: 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④ 다음에 확인할 것과 상대: 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⑤ 실행할 한 가지와 날짜: 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마무리 점검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업체 설명과 자료 대조를 구분했습니다.</w:t>
        <w:br/>
        <w:t>□ 답변일, 자료출처와 확인일을 남겼습니다.</w:t>
        <w:br/>
        <w:t>□ 미확인을 불량이나 위험으로 바꾸어 적지 않았습니다.</w:t>
        <w:br/>
        <w:t>□ 답변이나 검사자료만으로 안전과 건강효과를 보장하지 않았습니다.</w:t>
        <w:br/>
        <w:t>□ 나에게 필요한 다음 행동 하나를 정했습니다.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11  다음 무료교육으로 질문을 이어가세요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진짜 음식 첫걸음</w:t>
        <w:br/>
        <w:t>1강 「진짜 음식은 무엇이 다른가」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전략보고서에 기획된 무료교육의 첫 강의입니다. 원재료, 생산자, 제조공정과 시간을 살펴보며 확인된 사실과 판매자의 의견을 구분하는 방향으로 연결됩니다. 이 자료에서 남긴 질문 하나를 가져가면 무엇을 더 알아보고 싶은지 구체적으로 정리할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행동은 한 번의 문의입니다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자료를 전달한 섬내음 담당자에게 아래 문구로 문의하세요. 관심 식품과 남은 질문을 바탕으로, 확인된 생산자 소개자료와 무료교육의 실제 이용방법을 안내받는 단계입니다.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  <w:tblHeader/>
        </w:trPr>
        <w:tc>
          <w:tcPr>
            <w:tcW w:type="dxa" w:w="94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그대로 사용할 수 있는 문의문</w:t>
            </w:r>
          </w:p>
        </w:tc>
      </w:tr>
      <w:tr>
        <w:trPr>
          <w:cantSplit/>
        </w:trPr>
        <w:tc>
          <w:tcPr>
            <w:tcW w:type="dxa" w:w="941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“R09를 작성했습니다. 제가 알아본 식품은 __________이고, 아직 궁금한 점은 __________입니다. 관련된 생산자 소개자료와 무료교육 ‘진짜 음식 첫걸음’ 1강의 이용방법을 알려 주세요.”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과정명과 연결 방향은 전략보고서에서 확인했습니다. 현재 강의의 공개 여부, 일정, 신청 절차와 접속 주소는 이 자료의 제작 시점에 확인되지 않았습니다. 담당자의 실제 안내를 확인한 뒤 이용하세요. 기록지를 작성했다고 교육 신청이나 상품 주문이 처리되는 것은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자료를 다시 사용할 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다른 식품을 알아볼 때는 질문 세 개부터 새로 골라 보세요. 같은 식품을 다시 살 때도 원료나 제조원, 시기, 안내가 달라졌다면 새 확인일을 적습니다. 이전 답을 현재 제품에 자동으로 적용하지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공식 확인자료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[S1] 국립농산물품질관리원, 인증정보 조회. 농식품 인증의 제도별 조회 안내와 제공 항목 확인.</w:t>
        <w:br/>
        <w:t>www.naqs.go.kr → 농식품인증 → 인증정보 조회</w:t>
        <w:br/>
        <w:t>[S2] 식품안전나라, 업체 검색과 국내식품 검색. 공개된 업체·제품 정보를 찾는 경로 확인.</w:t>
        <w:br/>
        <w:t>www.foodsafetykorea.go.kr → 업체 검색 / 국내식품 검색</w:t>
        <w:br/>
        <w:t>공식 화면 확인일: 2026.10.17. 조회 범위와 항목은 제도 및 화면에 따라 다릅니다. 상세 출처와 제작·검수기록은 별도 파일에 수록했습니다.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믿고 먹는 섬내음 | R09 V1.0 | 기록은 나의 다음 선택을 위한 자료입니다.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R09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생산자에게 물어볼 15가지 질문</dc:title>
  <dc:subject>믿고 먹는 섬내음 고객교육자료 R09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