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생산자에게 물어볼 15가지 질문 | 한 장 요약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R09 V1.0 | 믿고 먹는 섬내음 | 2026.10.17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식품 하나와 질문 세 개를 먼저 고르세요. 생산자, 제조자, 판매자가 같은 곳인지부터 확인합니다. 답변과 자료를 나누어 적고 모르는 내용은 미확인으로 남깁니다.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7994"/>
        <w:gridCol w:w="680"/>
      </w:tblGrid>
      <w:tr>
        <w:trPr>
          <w:cantSplit/>
          <w:tblHeader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번호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묻는 내용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선택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직접 생산한 곳, 제조한 곳, 판매하는 곳은 각각 어디인가요?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02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이번 판매분의 원료 생산지역과 가공 장소는 어디인가요?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03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주원료와 함께 들어간 원료는 무엇이며, 바뀐 내용이 있나요?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04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어떤 방식으로 재배, 사육, 채취 또는 어획했나요?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05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원료가 제품이 되기까지 어떤 공정을 거치나요?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06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외부 업체가 맡는 단계가 있다면 어느 단계인가요?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07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수확일, 제조일, 출하일 중 확인 가능한 날짜는 무엇인가요?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08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발효, 숙성, 건조 기간은 어느 단계부터 어느 단계까지인가요?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09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지금 보여 주신 설명과 자료가 이번 판매분에도 적용되나요?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미개봉 상태와 개봉한 뒤에는 각각 어떻게 보관하나요?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어떤 상태로 운송되며, 받은 뒤 무엇을 확인해야 하나요?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먹기 전 세척, 해동, 가열 등 필요한 준비가 있나요?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13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안내한 인증의 정확한 명칭, 번호와 적용 대상은 무엇인가요?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14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검사자료가 있다면 무엇을, 언제, 어떤 시료로 검사했나요?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15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아직 확인하지 못한 내용은 누구에게, 어떤 자료로 다시 물으면 되나요?</w:t>
            </w:r>
          </w:p>
        </w:tc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기록 순서: 식품과 판매분 → 질문 → 문의일·상대 역할 → 받은 답·답변일 → 자료출처·확인일 → 남은 질문·다음 행동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기록 상태: 자료 대조 / 업체 설명만 / 미확인 / 해당 없음(이유). 답변 수로 품질을 점수 매기지 않습니다. 미답변은 불량 판정이 아니며, 답변만으로 안전 인증이나 건강효과를 판단하지 않습니다.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다음 단계: 이 자료를 전달한 담당자에게 관심 식품과 질문 하나를 전하고, 확인된 생산자 소개자료와 무료교육 「진짜 음식 첫걸음」 1강 「진짜 음식은 무엇이 다른가」의 이용방법을 문의하세요. 개설 상태와 URL은 담당자에게 확인합니다.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R09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생산자에게 물어볼 15가지 질문 | 한 장 요약</dc:title>
  <dc:subject>믿고 먹는 섬내음 고객교육자료 R09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