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1 | 질문 선택과 진행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식품 하나를 정하고 우선순위 세 개를 표시하세요. 답변을 받지 못해도 기록을 이어갈 수 있습니다. 빈칸을 추측으로 채우지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식품명 / 판매처 / 작성일: 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5046"/>
        <w:gridCol w:w="794"/>
        <w:gridCol w:w="2835"/>
      </w:tblGrid>
      <w:tr>
        <w:trPr>
          <w:cantSplit/>
          <w:tblHeader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번호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질문 주제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우선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상태 / 확인일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생산자, 제조자, 판매자의 역할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생산지역과 가공 장소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구성과 변경 내용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재배, 사육, 채취, 어획 방식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주요 제조공정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외부 업체가 맡는 단계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수확일, 제조일, 출하일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발효, 숙성, 건조기간의 기준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자료와 현재 판매분의 연결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미개봉과 개봉 후 보관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운송 상태와 수령 후 확인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먹기 전 필요한 준비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인증의 명칭, 번호와 대상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14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검사 시료, 항목과 날짜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  <w:tr>
        <w:trPr>
          <w:cantSplit/>
        </w:trPr>
        <w:tc>
          <w:tcPr>
            <w:tcW w:type="dxa" w:w="7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15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미확인 사항의 후속 문의</w:t>
            </w:r>
          </w:p>
        </w:tc>
        <w:tc>
          <w:tcPr>
            <w:tcW w:type="dxa" w:w="7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□</w:t>
            </w:r>
          </w:p>
        </w:tc>
        <w:tc>
          <w:tcPr>
            <w:tcW w:type="dxa" w:w="283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____________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상태는 ‘자료 대조 / 업체 설명만 / 미확인 / 해당 없음’으로 적습니다. 해당 없음에는 이유를 쓰고, 미확인에는 다음에 무엇을 할지 정하세요.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우선 질문 세 개: ______ / ______ / 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질문을 전달할 곳과 내가 확인할 날: 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예시와 질문별 목적·근거는 본문 3~8쪽에 있습니다. 자세한 답변은 실습지 2쪽에 한 질문씩 적습니다.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2 | 질문과 답변 상세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선택한 질문 하나를 충분히 적는 용지입니다. 업체 설명과 내 해석을 분리하세요. 미답변은 미확인으로 남기고, 이 용지를 필요한 만큼 복사해 사용합니다.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식품명 / 제조원 / 현재 판매분 식별정보: 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질문 번호: ______  이번 질문이 필요한 이유: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보낼 질문: 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문의일 / 문의 채널 / 상대의 역할: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받은 답변과 자료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답변일 / 답변 원문 또는 요지: 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 제목 / 작성일 / 받은 경로: 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자료출처(파일명, 화면명 또는 실제 주소):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날 / 현재 판매분과 연결되는 근거: 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상태: □ 자료 대조  □ 업체 설명만  □ 미확인  □ 해당 없음</w:t>
        <w:br/>
        <w:t>자료 대조는 해당 자료와 비교했다는 뜻이며 공식 판정을 대신하지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남은 질문 / 다시 물을 상대: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행동 / 내가 정한 실행일: __________________________________________________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3 | 같은 질문으로 후보 비교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후보에 같은 질문을 적용합니다. 답변이 긴 쪽을 더 좋은 상품으로 평가하지 않습니다. 자료가 현재 제품에 적용되는지, 내 사용 조건에 필요한 정보가 있는지 비교하세요.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4"/>
        <w:gridCol w:w="3713"/>
        <w:gridCol w:w="3713"/>
      </w:tblGrid>
      <w:tr>
        <w:trPr>
          <w:cantSplit/>
          <w:tblHeader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비교할 내용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A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후보 B</w:t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식품명 / 판매분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질문 번호 / 내용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문의일 / 답변자 역할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답변 / 답변일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자료출처 / 작성일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확인일 / 현재 제품과 관계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상태 / 남은 질문</w:t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나에게 필요한 조건: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이번 선택 또는 보류 이유: 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다시 확인할 내용과 날짜: _______________________________________________________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분리형 실습지 4 | 후속 질문과 결과 정리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답이 없거나 일부만 왔다면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문의한 질문 / 문의일 / 채널: 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답을 받은 부분과 아직 확인하지 못한 부분: 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다시 물을 한 문장: 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다음 행동과 내가 정한 날짜: 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문의처 확인  □ 질문을 좁혀 재문의  □ 공식자료 조회</w:t>
        <w:br/>
        <w:t>□ 구매 또는 사용 보류  □ 다른 대안 검토  □ 기타: 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오늘의 결과 다섯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① 확인한 사실과 근거: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② 아직 모르는 것: 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③ 새로 배운 것: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④ 다음에 확인할 것과 상대: 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⑤ 실행할 한 가지와 날짜: 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무료교육에 가져갈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관심 식품과 남은 질문 한 가지: 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________________________________________________________________________________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자료를 전한 섬내음 담당자에게 확인된 생산자 소개자료와 무료교육 「진짜 음식 첫걸음」 1강 「진짜 음식은 무엇이 다른가」의 실제 이용방법을 문의하세요. 강의의 공개 상태, 일정과 접속 주소는 담당자의 확인된 안내를 따릅니다.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R09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분리형 실습지 1 | 질문 선택과 진행 기록</dc:title>
  <dc:subject>믿고 먹는 섬내음 고객교육자료 R09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