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건강한 먹거리 지도자 활동 길잡이 한 장 요약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R10 V1.0 | 믿고 먹는 섬내음 | 2026.10.18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지도자는 소비자가 식품정보를 확인하고 자신의 선택을 기록하도록 돕는 교육 운영자로 기획되어 있습니다. 이 자료는 활동 관심자용이며 공식 등록, 자격이나 활동권한을 부여하지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활동에서 지킬 다섯 가지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1. 현재 자료와 실제 표시를 확인하고 출처와 날짜를 남깁니다.</w:t>
        <w:br/>
        <w:t>2. 확인한 사실, 개인 의견, 업체 설명과 미확인을 나눕니다.</w:t>
        <w:br/>
        <w:t>3. 진단, 치료, 약 중단과 개인별 영양 처방을 하지 않습니다.</w:t>
        <w:br/>
        <w:t>4. 참가자의 기록 공개와 촬영, 게시, 연락 선택을 구분합니다.</w:t>
        <w:br/>
        <w:t>5. 교육 참여를 상품 구매와 연결해 강요하지 않습니다.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18"/>
        <w:gridCol w:w="3118"/>
        <w:gridCol w:w="3175"/>
      </w:tblGrid>
      <w:tr>
        <w:trPr>
          <w:cantSplit/>
          <w:tblHeader/>
        </w:trPr>
        <w:tc>
          <w:tcPr>
            <w:tcW w:type="dxa" w:w="311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준비</w:t>
            </w:r>
          </w:p>
        </w:tc>
        <w:tc>
          <w:tcPr>
            <w:tcW w:type="dxa" w:w="311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진행</w:t>
            </w:r>
          </w:p>
        </w:tc>
        <w:tc>
          <w:tcPr>
            <w:tcW w:type="dxa" w:w="317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마무리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대상과 목표 한 가지</w:t>
              <w:br/>
              <w:t>자료의 버전과 이용권한</w:t>
              <w:br/>
              <w:t>장소, 준비물과 역할</w:t>
              <w:br/>
              <w:t>비용과 운영조건 확인</w:t>
            </w:r>
          </w:p>
        </w:tc>
        <w:tc>
          <w:tcPr>
            <w:tcW w:type="dxa" w:w="311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질문을 되짚기</w:t>
              <w:br/>
              <w:t>현재 제품과 자료 찾기</w:t>
              <w:br/>
              <w:t>확인한 범위만 설명</w:t>
              <w:br/>
              <w:t>미확인과 확인할 곳 기록</w:t>
            </w:r>
          </w:p>
        </w:tc>
        <w:tc>
          <w:tcPr>
            <w:tcW w:type="dxa" w:w="317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확인·미확인 나누기</w:t>
              <w:br/>
              <w:t>실제와 계획 구분</w:t>
              <w:br/>
              <w:t>다음 행동 한 가지</w:t>
              <w:br/>
              <w:t>필요한 후속 안내</w:t>
            </w:r>
          </w:p>
        </w:tc>
      </w:tr>
    </w:tbl>
    <w:p>
      <w:pPr>
        <w:spacing w:after="0"/>
        <w:snapToGrid w:val="0"/>
      </w:pP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실습에 쓸 시간 예시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45분 교육: 시작 5분, 구분 설명 5분, 표시 확인 12분, 기록 10분, 질문 8분, 정리 5분. 이후 식탁 기록 나눔 15분을 선택해 붙일 수 있습니다. 인원과 시간은 교육용 권장안이며 공식 운영조건이 아닙니다.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아직 확인할 조건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자격의 성격, 교육비와 추가비용, 일정, 모집·평가·수료기준, 공식 명칭과 자료 사용, 활동권한, 취업·수입·수수료, 계약과 개인정보 절차. 전략보고서의 기획 수치를 현재 약속으로 안내하지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다음 행동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이 자료를 전한 섬내음 담당자에게 지도자 활동설명회의 실제 진행 여부와 참여방법을 문의하세요. 활동계획과 질문 하나를 가져갑니다. 현재 일정과 신청 URL은 확인되지 않았습니다.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준비할 활동 / 먼저 확인할 질문: 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247" w:bottom="964" w:left="1247" w:header="454" w:footer="45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Noto Sans CJK KR" w:hAnsi="Noto Sans CJK KR" w:eastAsia="Noto Sans CJK KR" w:cs="Noto Sans CJK KR"/>
        <w:color w:val="000000"/>
        <w:sz w:val="16"/>
      </w:rPr>
      <w:t xml:space="preserve">R10 V1.0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Noto Sans CJK KR" w:hAnsi="Noto Sans CJK KR" w:eastAsia="Noto Sans CJK KR" w:cs="Noto Sans CJK KR"/>
        <w:color w:val="000000"/>
        <w:sz w:val="16"/>
      </w:rPr>
      <w:t>믿고 먹는 섬내음     고객교육자료 R10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0" w:lineRule="exact" w:after="120"/>
    </w:pPr>
    <w:rPr>
      <w:rFonts w:ascii="Noto Sans CJK KR" w:hAnsi="Noto Sans CJK KR" w:eastAsia="Noto Sans CJK KR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 w:line="400" w:lineRule="exact"/>
      <w:outlineLvl w:val="0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 w:line="400" w:lineRule="exact"/>
      <w:outlineLvl w:val="1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Noto Sans CJK KR" w:hAnsi="Noto Sans CJK KR" w:eastAsia="Noto Sans CJK KR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Noto Sans CJK KR" w:hAnsi="Noto Sans CJK KR" w:eastAsia="Noto Sans CJK KR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건강한 먹거리 지도자 활동 길잡이 한 장 요약</dc:title>
  <dc:subject>믿고 먹는 섬내음 고객교육자료 R10</dc:subject>
  <dc:creator>한영인컨설팅그룹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